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9C0" w:rsidRDefault="007852B7">
      <w:pPr>
        <w:spacing w:before="1700"/>
        <w:jc w:val="center"/>
      </w:pPr>
      <w:bookmarkStart w:id="0" w:name="_GoBack"/>
      <w:bookmarkEnd w:id="0"/>
      <w:r>
        <w:rPr>
          <w:rFonts w:ascii="Aptos Display" w:hAnsi="Aptos Display"/>
          <w:b/>
          <w:color w:val="102B4C"/>
          <w:sz w:val="46"/>
        </w:rPr>
        <w:t>ПУБЛИЧНАЯ ОФЕРТА</w:t>
      </w:r>
    </w:p>
    <w:p w:rsidR="000A69C0" w:rsidRDefault="007852B7">
      <w:pPr>
        <w:jc w:val="center"/>
      </w:pPr>
      <w:r>
        <w:rPr>
          <w:color w:val="8B1020"/>
          <w:sz w:val="28"/>
        </w:rPr>
        <w:t>на оказание разовых кадровых и консультационных услуг</w:t>
      </w:r>
    </w:p>
    <w:p w:rsidR="000A69C0" w:rsidRDefault="007852B7">
      <w:pPr>
        <w:jc w:val="center"/>
      </w:pPr>
      <w:r>
        <w:rPr>
          <w:color w:val="B77A8A"/>
          <w:sz w:val="26"/>
        </w:rPr>
        <w:t>━━━━━━━━━━━━━━━━━━━━</w:t>
      </w:r>
    </w:p>
    <w:p w:rsidR="000A69C0" w:rsidRDefault="007852B7">
      <w:pPr>
        <w:spacing w:before="600"/>
        <w:jc w:val="center"/>
      </w:pPr>
      <w:r>
        <w:rPr>
          <w:b/>
          <w:color w:val="102B4C"/>
          <w:sz w:val="24"/>
        </w:rPr>
        <w:t>Индивидуальный предприниматель</w:t>
      </w:r>
      <w:r>
        <w:rPr>
          <w:b/>
          <w:color w:val="102B4C"/>
          <w:sz w:val="24"/>
        </w:rPr>
        <w:br/>
        <w:t>Гусева Юлия Сергеевна</w:t>
      </w:r>
    </w:p>
    <w:p w:rsidR="000A69C0" w:rsidRDefault="007852B7">
      <w:pPr>
        <w:spacing w:before="1400"/>
        <w:jc w:val="center"/>
      </w:pPr>
      <w:r>
        <w:rPr>
          <w:color w:val="475569"/>
          <w:sz w:val="20"/>
        </w:rPr>
        <w:t>Редакция от 06 августа 2026 года</w:t>
      </w:r>
    </w:p>
    <w:p w:rsidR="000A69C0" w:rsidRDefault="007852B7">
      <w:pPr>
        <w:jc w:val="center"/>
      </w:pPr>
      <w:r>
        <w:rPr>
          <w:color w:val="475569"/>
          <w:sz w:val="20"/>
        </w:rPr>
        <w:t>Российская Федерация</w:t>
      </w:r>
    </w:p>
    <w:p w:rsidR="000A69C0" w:rsidRDefault="007852B7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9"/>
      </w:tblGrid>
      <w:tr w:rsidR="000A69C0">
        <w:trPr>
          <w:jc w:val="center"/>
        </w:trPr>
        <w:tc>
          <w:tcPr>
            <w:tcW w:w="9859" w:type="dxa"/>
            <w:shd w:val="clear" w:color="auto" w:fill="F5F1EE"/>
            <w:tcMar>
              <w:top w:w="220" w:type="dxa"/>
              <w:left w:w="260" w:type="dxa"/>
              <w:bottom w:w="220" w:type="dxa"/>
              <w:right w:w="260" w:type="dxa"/>
            </w:tcMar>
          </w:tcPr>
          <w:p w:rsidR="000A69C0" w:rsidRDefault="007852B7">
            <w:r>
              <w:rPr>
                <w:b/>
                <w:color w:val="8B1020"/>
              </w:rPr>
              <w:lastRenderedPageBreak/>
              <w:t xml:space="preserve">ВАЖНО. </w:t>
            </w:r>
            <w:r>
              <w:t xml:space="preserve">До оплаты счёта внимательно ознакомьтесь с </w:t>
            </w:r>
            <w:r>
              <w:t>настоящей Офертой. Полная оплата выставленного Исполнителем счёта означает полное и безоговорочное принятие условий Оферты и согласованных условий конкретного Заказа.</w:t>
            </w:r>
          </w:p>
        </w:tc>
      </w:tr>
    </w:tbl>
    <w:p w:rsidR="000A69C0" w:rsidRDefault="007852B7">
      <w:pPr>
        <w:pStyle w:val="1"/>
        <w:spacing w:before="240" w:after="100"/>
      </w:pPr>
      <w:r>
        <w:t>СОДЕРЖАНИЕ</w:t>
      </w:r>
    </w:p>
    <w:p w:rsidR="000A69C0" w:rsidRDefault="007852B7">
      <w:pPr>
        <w:spacing w:after="20"/>
      </w:pPr>
      <w:r>
        <w:t>1. Общие положения</w:t>
      </w:r>
    </w:p>
    <w:p w:rsidR="000A69C0" w:rsidRDefault="007852B7">
      <w:pPr>
        <w:spacing w:after="20"/>
      </w:pPr>
      <w:r>
        <w:t>2. Термины и определения</w:t>
      </w:r>
    </w:p>
    <w:p w:rsidR="000A69C0" w:rsidRDefault="007852B7">
      <w:pPr>
        <w:spacing w:after="20"/>
      </w:pPr>
      <w:r>
        <w:t>3. Предмет Договора</w:t>
      </w:r>
    </w:p>
    <w:p w:rsidR="000A69C0" w:rsidRDefault="007852B7">
      <w:pPr>
        <w:spacing w:after="20"/>
      </w:pPr>
      <w:r>
        <w:t>4. Услуги, ок</w:t>
      </w:r>
      <w:r>
        <w:t>азываемые по Оферте</w:t>
      </w:r>
    </w:p>
    <w:p w:rsidR="000A69C0" w:rsidRDefault="007852B7">
      <w:pPr>
        <w:spacing w:after="20"/>
      </w:pPr>
      <w:r>
        <w:t>5. Услуги, не входящие в Оферту</w:t>
      </w:r>
    </w:p>
    <w:p w:rsidR="000A69C0" w:rsidRDefault="007852B7">
      <w:pPr>
        <w:spacing w:after="20"/>
      </w:pPr>
      <w:r>
        <w:t>6. Порядок заключения Договора</w:t>
      </w:r>
    </w:p>
    <w:p w:rsidR="000A69C0" w:rsidRDefault="007852B7">
      <w:pPr>
        <w:spacing w:after="20"/>
      </w:pPr>
      <w:r>
        <w:t>7. Стоимость Услуг и порядок оплаты</w:t>
      </w:r>
    </w:p>
    <w:p w:rsidR="000A69C0" w:rsidRDefault="007852B7">
      <w:pPr>
        <w:spacing w:after="20"/>
      </w:pPr>
      <w:r>
        <w:t>8. Порядок оказания Услуг</w:t>
      </w:r>
    </w:p>
    <w:p w:rsidR="000A69C0" w:rsidRDefault="007852B7">
      <w:pPr>
        <w:spacing w:after="20"/>
      </w:pPr>
      <w:r>
        <w:t>9. Сроки оказания Услуг</w:t>
      </w:r>
    </w:p>
    <w:p w:rsidR="000A69C0" w:rsidRDefault="007852B7">
      <w:pPr>
        <w:spacing w:after="20"/>
      </w:pPr>
      <w:r>
        <w:t>10. Передача документов и информации</w:t>
      </w:r>
    </w:p>
    <w:p w:rsidR="000A69C0" w:rsidRDefault="007852B7">
      <w:pPr>
        <w:spacing w:after="20"/>
      </w:pPr>
      <w:r>
        <w:t>11. Права и обязанности Сторон</w:t>
      </w:r>
    </w:p>
    <w:p w:rsidR="000A69C0" w:rsidRDefault="007852B7">
      <w:pPr>
        <w:spacing w:after="20"/>
      </w:pPr>
      <w:r>
        <w:t>12. Приёмка Услуг</w:t>
      </w:r>
    </w:p>
    <w:p w:rsidR="000A69C0" w:rsidRDefault="007852B7">
      <w:pPr>
        <w:spacing w:after="20"/>
      </w:pPr>
      <w:r>
        <w:t>13. Отказ от Договора и возврат денежных средств</w:t>
      </w:r>
    </w:p>
    <w:p w:rsidR="000A69C0" w:rsidRDefault="007852B7">
      <w:pPr>
        <w:spacing w:after="20"/>
      </w:pPr>
      <w:r>
        <w:t>14. Ответственность Сторон</w:t>
      </w:r>
    </w:p>
    <w:p w:rsidR="000A69C0" w:rsidRDefault="007852B7">
      <w:pPr>
        <w:spacing w:after="20"/>
      </w:pPr>
      <w:r>
        <w:t>15. Конфиденциальность</w:t>
      </w:r>
    </w:p>
    <w:p w:rsidR="000A69C0" w:rsidRDefault="007852B7">
      <w:pPr>
        <w:spacing w:after="20"/>
      </w:pPr>
      <w:r>
        <w:t>16. Интеллектуальная собственность</w:t>
      </w:r>
    </w:p>
    <w:p w:rsidR="000A69C0" w:rsidRDefault="007852B7">
      <w:pPr>
        <w:spacing w:after="20"/>
      </w:pPr>
      <w:r>
        <w:t>17. Обстоятельства непреодолимой силы</w:t>
      </w:r>
    </w:p>
    <w:p w:rsidR="000A69C0" w:rsidRDefault="007852B7">
      <w:pPr>
        <w:spacing w:after="20"/>
      </w:pPr>
      <w:r>
        <w:t>18. Претензионный порядок и разрешение споров</w:t>
      </w:r>
    </w:p>
    <w:p w:rsidR="000A69C0" w:rsidRDefault="007852B7">
      <w:pPr>
        <w:spacing w:after="20"/>
      </w:pPr>
      <w:r>
        <w:t>19. Заключительные положения</w:t>
      </w:r>
    </w:p>
    <w:p w:rsidR="000A69C0" w:rsidRDefault="007852B7">
      <w:pPr>
        <w:spacing w:after="20"/>
      </w:pPr>
      <w:r>
        <w:t>20. Рекви</w:t>
      </w:r>
      <w:r>
        <w:t>зиты Исполнителя</w:t>
      </w:r>
    </w:p>
    <w:p w:rsidR="000A69C0" w:rsidRDefault="007852B7">
      <w:r>
        <w:br w:type="page"/>
      </w:r>
    </w:p>
    <w:p w:rsidR="000A69C0" w:rsidRDefault="007852B7">
      <w:pPr>
        <w:pStyle w:val="1"/>
        <w:spacing w:before="240" w:after="100"/>
      </w:pPr>
      <w:r>
        <w:lastRenderedPageBreak/>
        <w:t>1. ОБЩИЕ ПОЛОЖЕНИЯ</w:t>
      </w:r>
    </w:p>
    <w:p w:rsidR="000A69C0" w:rsidRDefault="007852B7">
      <w:pPr>
        <w:spacing w:after="80" w:line="259" w:lineRule="auto"/>
      </w:pPr>
      <w:r>
        <w:rPr>
          <w:b/>
        </w:rPr>
        <w:t xml:space="preserve">1.1. </w:t>
      </w:r>
      <w:r>
        <w:t>Настоящий документ является публичной офертой в соответствии со статьями 435, 437 и 438 Гражданского кодекса Российской Федерации и определяет порядок оказания индивидуальным предпринимателем Гусевой Юлией Сергеев</w:t>
      </w:r>
      <w:r>
        <w:t>ной (далее — «Исполнитель») разовых услуг в сфере кадрового делопроизводства, трудового законодательства и воинского учёта.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1.2. </w:t>
      </w:r>
      <w:r>
        <w:t>Оферта адресована юридическим лицам, индивидуальным предпринимателям и физическим лицам, приобретающим Услуги Исполнителя (дале</w:t>
      </w:r>
      <w:r>
        <w:t>е — «Заказчик»). Если физическое лицо приобретает Услуги для личных, семейных, домашних или иных нужд, не связанных с предпринимательской деятельностью, императивные нормы законодательства о защите прав потребителей применяются в соответствующей части неза</w:t>
      </w:r>
      <w:r>
        <w:t>висимо от условий Оферты.</w:t>
      </w:r>
    </w:p>
    <w:p w:rsidR="000A69C0" w:rsidRDefault="007852B7">
      <w:pPr>
        <w:spacing w:after="80" w:line="259" w:lineRule="auto"/>
      </w:pPr>
      <w:r>
        <w:rPr>
          <w:b/>
        </w:rPr>
        <w:t xml:space="preserve">1.3. </w:t>
      </w:r>
      <w:r>
        <w:t>Оферта регулирует исключительно оказание разовых Услуг. Перечень Услуг, к которым Оферта применяется, установлен разделом 4. Перечень услуг, оказываемых только по отдельному договору, установлен разделом 5.</w:t>
      </w:r>
    </w:p>
    <w:p w:rsidR="000A69C0" w:rsidRDefault="007852B7">
      <w:pPr>
        <w:spacing w:after="80" w:line="259" w:lineRule="auto"/>
      </w:pPr>
      <w:r>
        <w:rPr>
          <w:b/>
        </w:rPr>
        <w:t xml:space="preserve">1.4. </w:t>
      </w:r>
      <w:r>
        <w:t>Полным и безо</w:t>
      </w:r>
      <w:r>
        <w:t>говорочным Акцептом Оферты является полная оплата Заказчиком выставленного Исполнителем счёта, если возможность частичной оплаты как Акцепта прямо не согласована Сторонами в письменной форме.</w:t>
      </w:r>
    </w:p>
    <w:p w:rsidR="000A69C0" w:rsidRDefault="007852B7">
      <w:pPr>
        <w:spacing w:after="80" w:line="259" w:lineRule="auto"/>
      </w:pPr>
      <w:r>
        <w:rPr>
          <w:b/>
        </w:rPr>
        <w:t xml:space="preserve">1.5. </w:t>
      </w:r>
      <w:r>
        <w:t xml:space="preserve">С момента зачисления полной суммы оплаты на расчётный счёт </w:t>
      </w:r>
      <w:r>
        <w:t>Исполнителя Договор считается заключённым применительно к конкретному Заказу.</w:t>
      </w:r>
    </w:p>
    <w:p w:rsidR="000A69C0" w:rsidRDefault="007852B7">
      <w:pPr>
        <w:spacing w:after="80" w:line="259" w:lineRule="auto"/>
      </w:pPr>
      <w:r>
        <w:rPr>
          <w:b/>
        </w:rPr>
        <w:t xml:space="preserve">1.6. </w:t>
      </w:r>
      <w:r>
        <w:t xml:space="preserve">До оплаты счёта Заказчик обязан ознакомиться с Офертой, согласованными условиями Заказа и документами, прямо названными неотъемлемой частью Договора. Акцепт подтверждает, </w:t>
      </w:r>
      <w:r>
        <w:t>что Заказчик понял и принимает их условия.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1.7. </w:t>
      </w:r>
      <w:r>
        <w:t>Счёт, коммерческое предложение, задание, Поручение на обработку персональных данных, акт об оказанных услугах и согласованная электронная переписка являются составными частями Договора в той мере, в какой они</w:t>
      </w:r>
      <w:r>
        <w:t xml:space="preserve"> относятся к конкретному Заказу.</w:t>
      </w:r>
    </w:p>
    <w:p w:rsidR="000A69C0" w:rsidRDefault="007852B7">
      <w:pPr>
        <w:spacing w:after="80" w:line="259" w:lineRule="auto"/>
      </w:pPr>
      <w:r>
        <w:rPr>
          <w:b/>
        </w:rPr>
        <w:t xml:space="preserve">1.8. </w:t>
      </w:r>
      <w:r>
        <w:t>Если индивидуальные условия конкретного Заказа отличаются от общих положений Оферты, применяются индивидуально согласованные условия, за исключением случаев, когда такое отступление запрещено законом.</w:t>
      </w:r>
    </w:p>
    <w:p w:rsidR="000A69C0" w:rsidRDefault="007852B7">
      <w:pPr>
        <w:spacing w:after="80" w:line="259" w:lineRule="auto"/>
      </w:pPr>
      <w:r>
        <w:rPr>
          <w:b/>
        </w:rPr>
        <w:t xml:space="preserve">1.9. </w:t>
      </w:r>
      <w:r>
        <w:t xml:space="preserve">Исполнитель </w:t>
      </w:r>
      <w:r>
        <w:t>вправе изменять Оферту. Новая редакция применяется к Заказам, акцептованным после даты её вступления в силу. К ранее акцептованным Заказам применяется редакция, действовавшая на дату оплаты.</w:t>
      </w:r>
    </w:p>
    <w:p w:rsidR="000A69C0" w:rsidRDefault="007852B7">
      <w:pPr>
        <w:spacing w:after="80" w:line="259" w:lineRule="auto"/>
      </w:pPr>
      <w:r>
        <w:rPr>
          <w:b/>
        </w:rPr>
        <w:t xml:space="preserve">1.10. </w:t>
      </w:r>
      <w:r>
        <w:t>Во всём, что прямо не урегулировано Договором, Стороны руко</w:t>
      </w:r>
      <w:r>
        <w:t>водствуются законодательством Российской Федерации.</w:t>
      </w:r>
    </w:p>
    <w:p w:rsidR="000A69C0" w:rsidRDefault="007852B7">
      <w:pPr>
        <w:pStyle w:val="1"/>
        <w:spacing w:before="240" w:after="100"/>
      </w:pPr>
      <w:r>
        <w:t>2. ТЕРМИНЫ И ОПРЕДЕЛЕНИЯ</w:t>
      </w:r>
    </w:p>
    <w:p w:rsidR="000A69C0" w:rsidRDefault="007852B7">
      <w:pPr>
        <w:spacing w:after="80" w:line="259" w:lineRule="auto"/>
      </w:pPr>
      <w:r>
        <w:rPr>
          <w:b/>
        </w:rPr>
        <w:t xml:space="preserve">2.1. </w:t>
      </w:r>
      <w:r>
        <w:t>Исполнитель — индивидуальный предприниматель Гусева Юлия Сергеевна, ИНН 519037465305, ОГРНИП 322508100022638.</w:t>
      </w:r>
    </w:p>
    <w:p w:rsidR="000A69C0" w:rsidRDefault="007852B7">
      <w:pPr>
        <w:spacing w:after="80" w:line="259" w:lineRule="auto"/>
      </w:pPr>
      <w:r>
        <w:rPr>
          <w:b/>
        </w:rPr>
        <w:t xml:space="preserve">2.2. </w:t>
      </w:r>
      <w:r>
        <w:t>Заказчик — юридическое лицо, индивидуальный предприниматель</w:t>
      </w:r>
      <w:r>
        <w:t xml:space="preserve"> либо физическое лицо, обратившееся к Исполнителю и акцептовавшее Оферту.</w:t>
      </w:r>
    </w:p>
    <w:p w:rsidR="000A69C0" w:rsidRDefault="007852B7">
      <w:pPr>
        <w:spacing w:after="80" w:line="259" w:lineRule="auto"/>
      </w:pPr>
      <w:r>
        <w:rPr>
          <w:b/>
        </w:rPr>
        <w:t xml:space="preserve">2.3. </w:t>
      </w:r>
      <w:r>
        <w:t>Оферта — настоящий документ, содержащий публичное предложение Исполнителя заключить Договор на изложенных в нём условиях.</w:t>
      </w:r>
    </w:p>
    <w:p w:rsidR="000A69C0" w:rsidRDefault="007852B7">
      <w:pPr>
        <w:spacing w:after="80" w:line="259" w:lineRule="auto"/>
      </w:pPr>
      <w:r>
        <w:rPr>
          <w:b/>
        </w:rPr>
        <w:t xml:space="preserve">2.4. </w:t>
      </w:r>
      <w:r>
        <w:t xml:space="preserve">Договор — договор возмездного оказания Услуг, </w:t>
      </w:r>
      <w:r>
        <w:t>заключённый между Исполнителем и Заказчиком посредством Акцепта Оферты применительно к конкретному Заказу.</w:t>
      </w:r>
    </w:p>
    <w:p w:rsidR="000A69C0" w:rsidRDefault="007852B7">
      <w:pPr>
        <w:spacing w:after="80" w:line="259" w:lineRule="auto"/>
      </w:pPr>
      <w:r>
        <w:rPr>
          <w:b/>
        </w:rPr>
        <w:t xml:space="preserve">2.5. </w:t>
      </w:r>
      <w:r>
        <w:t>Акцепт — полное и безоговорочное принятие Заказчиком Оферты посредством полной оплаты счёта Исполнителя.</w:t>
      </w:r>
    </w:p>
    <w:p w:rsidR="000A69C0" w:rsidRDefault="007852B7">
      <w:pPr>
        <w:spacing w:after="80" w:line="259" w:lineRule="auto"/>
      </w:pPr>
      <w:r>
        <w:rPr>
          <w:b/>
        </w:rPr>
        <w:t xml:space="preserve">2.6. </w:t>
      </w:r>
      <w:r>
        <w:t>Услуги — разовые действия Исполнит</w:t>
      </w:r>
      <w:r>
        <w:t>еля в сфере кадрового делопроизводства, трудового законодательства и воинского учёта, содержание которых согласовано в конкретном Заказе.</w:t>
      </w:r>
    </w:p>
    <w:p w:rsidR="000A69C0" w:rsidRDefault="007852B7">
      <w:pPr>
        <w:spacing w:after="80" w:line="259" w:lineRule="auto"/>
      </w:pPr>
      <w:r>
        <w:rPr>
          <w:b/>
        </w:rPr>
        <w:t xml:space="preserve">2.7. </w:t>
      </w:r>
      <w:r>
        <w:t>Заказ — согласованные Сторонами наименование, объём, формат, результат, стоимость, срок и иные условия конкретной</w:t>
      </w:r>
      <w:r>
        <w:t xml:space="preserve"> Услуги.</w:t>
      </w:r>
    </w:p>
    <w:p w:rsidR="000A69C0" w:rsidRDefault="007852B7">
      <w:pPr>
        <w:spacing w:after="80" w:line="259" w:lineRule="auto"/>
      </w:pPr>
      <w:r>
        <w:rPr>
          <w:b/>
        </w:rPr>
        <w:lastRenderedPageBreak/>
        <w:t xml:space="preserve">2.8. </w:t>
      </w:r>
      <w:r>
        <w:t>Коммерческое предложение — документ или электронное сообщение Исполнителя с описанием предлагаемой Услуги, её объёма, результата, стоимости, срока и особых условий. До Акцепта оно не обязывает Заказчика заключить Договор.</w:t>
      </w:r>
    </w:p>
    <w:p w:rsidR="000A69C0" w:rsidRDefault="007852B7">
      <w:pPr>
        <w:spacing w:after="80" w:line="259" w:lineRule="auto"/>
      </w:pPr>
      <w:r>
        <w:rPr>
          <w:b/>
        </w:rPr>
        <w:t xml:space="preserve">2.9. </w:t>
      </w:r>
      <w:r>
        <w:t>Счёт — платёжны</w:t>
      </w:r>
      <w:r>
        <w:t>й документ Исполнителя, содержащий сведения, необходимые для оплаты конкретного Заказа.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2.10. </w:t>
      </w:r>
      <w:r>
        <w:t>Исходные документы и информация — сведения, документы, файлы, пояснения, ответы и иные данные, необходимые для определения объёма и оказания Услуг.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2.11. </w:t>
      </w:r>
      <w:r>
        <w:t>Результа</w:t>
      </w:r>
      <w:r>
        <w:t>т Услуг — итог консультации или выполненной работы в форме, согласованной Сторонами: устные или письменные рекомендации, заключение, перечень рисков, проекты документов, опись, акт приёма-передачи дел либо иной согласованный результат.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2.12. </w:t>
      </w:r>
      <w:r>
        <w:t>Мотивированные</w:t>
      </w:r>
      <w:r>
        <w:t xml:space="preserve"> замечания — письменное сообщение Заказчика, содержащее конкретное указание на невыполненное условие Заказа, описание недостатка и требуемое исправление в пределах первоначально согласованного объёма.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2.13. </w:t>
      </w:r>
      <w:r>
        <w:t xml:space="preserve">Дополнительные услуги — действия, не входившие в </w:t>
      </w:r>
      <w:r>
        <w:t>первоначальный Заказ либо ставшие необходимыми из-за новых документов, изменения исходных данных, расширения задачи или обращения после завершения согласованного объёма.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2.14. </w:t>
      </w:r>
      <w:r>
        <w:t>Каналы связи — электронная почта, Telegram, MAX, Контур.Сайн, согласованные обла</w:t>
      </w:r>
      <w:r>
        <w:t>чные хранилища, личная передача документов и иные письменно согласованные способы обмена.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2.15. </w:t>
      </w:r>
      <w:r>
        <w:t>Поручение на обработку персональных данных — отдельный взаимосвязанный документ, определяющий цели, перечень персональных данных, операции, меры защиты и иные о</w:t>
      </w:r>
      <w:r>
        <w:t>бязательные условия обработки Исполнителем данных по поручению Заказчика.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2.16. </w:t>
      </w:r>
      <w:r>
        <w:t>Рабочий день — день, не являющийся выходным или нерабочим праздничным днём в соответствии с законодательством Российской Федерации.</w:t>
      </w:r>
    </w:p>
    <w:p w:rsidR="000A69C0" w:rsidRDefault="007852B7">
      <w:pPr>
        <w:spacing w:after="80" w:line="259" w:lineRule="auto"/>
      </w:pPr>
      <w:r>
        <w:rPr>
          <w:b/>
        </w:rPr>
        <w:t xml:space="preserve">2.17. </w:t>
      </w:r>
      <w:r>
        <w:t>Сайт — информационный ресурс Исполните</w:t>
      </w:r>
      <w:r>
        <w:t>ля в сети Интернет. До запуска Сайта Оферта может направляться Заказчику в электронном виде вместе со счётом и документами по Заказу.</w:t>
      </w:r>
    </w:p>
    <w:p w:rsidR="000A69C0" w:rsidRDefault="007852B7">
      <w:pPr>
        <w:pStyle w:val="1"/>
        <w:spacing w:before="240" w:after="100"/>
      </w:pPr>
      <w:r>
        <w:t>3. ПРЕДМЕТ ДОГОВОРА</w:t>
      </w:r>
    </w:p>
    <w:p w:rsidR="000A69C0" w:rsidRDefault="007852B7">
      <w:pPr>
        <w:spacing w:after="80" w:line="259" w:lineRule="auto"/>
      </w:pPr>
      <w:r>
        <w:rPr>
          <w:b/>
        </w:rPr>
        <w:t xml:space="preserve">3.1. </w:t>
      </w:r>
      <w:r>
        <w:t>Исполнитель обязуется по заданию Заказчика оказать согласованные разовые Услуги, а Заказчик обязу</w:t>
      </w:r>
      <w:r>
        <w:t>ется принять и оплатить их на условиях Договора.</w:t>
      </w:r>
    </w:p>
    <w:p w:rsidR="000A69C0" w:rsidRDefault="007852B7">
      <w:pPr>
        <w:spacing w:after="80" w:line="259" w:lineRule="auto"/>
      </w:pPr>
      <w:r>
        <w:rPr>
          <w:b/>
        </w:rPr>
        <w:t xml:space="preserve">3.2. </w:t>
      </w:r>
      <w:r>
        <w:t>Содержание конкретного Заказа фиксируется в счёте, коммерческом предложении, задании, переписке по электронной почте, сообщениях в Telegram или MAX, документе в Контур.Сайн либо ином согласованном источ</w:t>
      </w:r>
      <w:r>
        <w:t>нике, позволяющем достоверно установить договорённости.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3.3. </w:t>
      </w:r>
      <w:r>
        <w:t>Услуги оказываются преимущественно дистанционно. Личная встреча, выезд к Заказчику, получение оригиналов либо иные действия по месту нахождения Заказчика согласовываются отдельно.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3.4. </w:t>
      </w:r>
      <w:r>
        <w:t>Исполнител</w:t>
      </w:r>
      <w:r>
        <w:t>ь действует на основании предоставленных Заказчиком документов и сведений, сообщённых обстоятельств, согласованного Заказа и законодательства Российской Федерации, действующего на дату оказания Услуг.</w:t>
      </w:r>
    </w:p>
    <w:p w:rsidR="000A69C0" w:rsidRDefault="007852B7">
      <w:pPr>
        <w:spacing w:after="80" w:line="259" w:lineRule="auto"/>
      </w:pPr>
      <w:r>
        <w:rPr>
          <w:b/>
        </w:rPr>
        <w:t xml:space="preserve">3.5. </w:t>
      </w:r>
      <w:r>
        <w:t>Исполнитель не принимает управленческие решения за</w:t>
      </w:r>
      <w:r>
        <w:t xml:space="preserve"> Заказчика и не осуществляет полномочия работодателя. Окончательные кадровые, организационные и юридически значимые решения принимает Заказчик.</w:t>
      </w:r>
    </w:p>
    <w:p w:rsidR="000A69C0" w:rsidRDefault="007852B7">
      <w:pPr>
        <w:spacing w:after="80" w:line="259" w:lineRule="auto"/>
      </w:pPr>
      <w:r>
        <w:rPr>
          <w:b/>
        </w:rPr>
        <w:t xml:space="preserve">3.6. </w:t>
      </w:r>
      <w:r>
        <w:t>В рамках Оферты Исполнитель не осуществляет судебное представительство, ведение судебных дел, бухгалтерское</w:t>
      </w:r>
      <w:r>
        <w:t xml:space="preserve"> и налоговое сопровождение, если иное не оформлено отдельным договором.</w:t>
      </w:r>
    </w:p>
    <w:p w:rsidR="000A69C0" w:rsidRDefault="007852B7">
      <w:pPr>
        <w:spacing w:after="80" w:line="259" w:lineRule="auto"/>
      </w:pPr>
      <w:r>
        <w:rPr>
          <w:b/>
        </w:rPr>
        <w:t xml:space="preserve">3.7. </w:t>
      </w:r>
      <w:r>
        <w:t>Исполнитель не обязан выполнять действия или подготавливать документы, не включённые в Заказ. Расширение задачи является Дополнительной услугой.</w:t>
      </w:r>
    </w:p>
    <w:p w:rsidR="000A69C0" w:rsidRDefault="007852B7">
      <w:pPr>
        <w:spacing w:after="80" w:line="259" w:lineRule="auto"/>
      </w:pPr>
      <w:r>
        <w:rPr>
          <w:b/>
        </w:rPr>
        <w:t xml:space="preserve">3.8. </w:t>
      </w:r>
      <w:r>
        <w:t>Услуги оказываются лично Испо</w:t>
      </w:r>
      <w:r>
        <w:t xml:space="preserve">лнителем. Привлечение третьих лиц допускается при объективной необходимости, соблюдении конфиденциальности и законодательства о персональных данных. Если третьему </w:t>
      </w:r>
      <w:r>
        <w:lastRenderedPageBreak/>
        <w:t>лицу требуется доступ к документам или персональным данным, Исполнитель предварительно уведом</w:t>
      </w:r>
      <w:r>
        <w:t>ляет Заказчика.</w:t>
      </w:r>
    </w:p>
    <w:p w:rsidR="000A69C0" w:rsidRDefault="007852B7">
      <w:pPr>
        <w:spacing w:after="80" w:line="259" w:lineRule="auto"/>
      </w:pPr>
      <w:r>
        <w:rPr>
          <w:b/>
        </w:rPr>
        <w:t xml:space="preserve">3.9. </w:t>
      </w:r>
      <w:r>
        <w:t>Результат Услуг предназначен для конкретного Заказчика и не должен автоматически применяться другими лицами без оценки их фактических обстоятельств.</w:t>
      </w:r>
    </w:p>
    <w:p w:rsidR="000A69C0" w:rsidRDefault="007852B7">
      <w:pPr>
        <w:spacing w:after="80" w:line="259" w:lineRule="auto"/>
      </w:pPr>
      <w:r>
        <w:rPr>
          <w:b/>
        </w:rPr>
        <w:t xml:space="preserve">3.10. </w:t>
      </w:r>
      <w:r>
        <w:t>Исполнитель не гарантирует наступление результата, зависящего от решений государ</w:t>
      </w:r>
      <w:r>
        <w:t>ственных органов, судов, работников, третьих лиц или от последующих действий Заказчика.</w:t>
      </w:r>
    </w:p>
    <w:p w:rsidR="000A69C0" w:rsidRDefault="007852B7">
      <w:pPr>
        <w:pStyle w:val="1"/>
        <w:spacing w:before="240" w:after="100"/>
      </w:pPr>
      <w:r>
        <w:t>4. УСЛУГИ, ОКАЗЫВАЕМЫЕ ПО ОФЕРТЕ</w:t>
      </w:r>
    </w:p>
    <w:p w:rsidR="000A69C0" w:rsidRDefault="007852B7">
      <w:pPr>
        <w:spacing w:after="80" w:line="259" w:lineRule="auto"/>
      </w:pPr>
      <w:r>
        <w:rPr>
          <w:b/>
        </w:rPr>
        <w:t xml:space="preserve">4.1. </w:t>
      </w:r>
      <w:r>
        <w:t xml:space="preserve">По Оферте могут оказываться следующие разовые Услуги: консультации по трудовому законодательству, кадровому делопроизводству и </w:t>
      </w:r>
      <w:r>
        <w:t>воинскому учёту; кадровая диагностика; экспресс-проверка кадровых документов; разработка отдельных кадровых документов и локальных нормативных актов; разовая проверка воинского учёта; приёмка кадровых дел при смене кадрового специалиста; подготовка рекомен</w:t>
      </w:r>
      <w:r>
        <w:t>даций перед проверкой; иные индивидуально согласованные разовые кадровые услуги, не исключённые разделом 5.</w:t>
      </w:r>
    </w:p>
    <w:p w:rsidR="000A69C0" w:rsidRDefault="007852B7">
      <w:pPr>
        <w:spacing w:after="80" w:line="259" w:lineRule="auto"/>
      </w:pPr>
      <w:r>
        <w:rPr>
          <w:b/>
        </w:rPr>
        <w:t xml:space="preserve">4.2. </w:t>
      </w:r>
      <w:r>
        <w:t xml:space="preserve">Консультация может проводиться устно или письменно, по телефону, электронной почте, через Telegram, MAX, видеосвязь либо иным согласованным </w:t>
      </w:r>
      <w:r>
        <w:t>способом. Результатом являются разъяснения, рекомендации, алгоритм действий, отдельные формулировки или иные материалы, прямо включённые в Заказ.</w:t>
      </w:r>
    </w:p>
    <w:p w:rsidR="000A69C0" w:rsidRDefault="007852B7">
      <w:pPr>
        <w:spacing w:after="80" w:line="259" w:lineRule="auto"/>
      </w:pPr>
      <w:r>
        <w:rPr>
          <w:b/>
        </w:rPr>
        <w:t xml:space="preserve">4.3. </w:t>
      </w:r>
      <w:r>
        <w:t>Кадровая диагностика представляет собой ограниченную первичную проверку согласованных направлений для выя</w:t>
      </w:r>
      <w:r>
        <w:t>вления очевидных пробелов, рисков и приоритетов. Если иное не согласовано, она не является полным кадровым аудитом и не предполагает сплошную проверку всех документов и работников.</w:t>
      </w:r>
    </w:p>
    <w:p w:rsidR="000A69C0" w:rsidRDefault="007852B7">
      <w:pPr>
        <w:spacing w:after="80" w:line="259" w:lineRule="auto"/>
      </w:pPr>
      <w:r>
        <w:rPr>
          <w:b/>
        </w:rPr>
        <w:t xml:space="preserve">4.4. </w:t>
      </w:r>
      <w:r>
        <w:t>Экспресс-проверка включает анализ ограниченного перечня документов, ра</w:t>
      </w:r>
      <w:r>
        <w:t>ботников, периода или отдельного кадрового процесса. Результатом являются замечания и рекомендации в пределах согласованного объёма.</w:t>
      </w:r>
    </w:p>
    <w:p w:rsidR="000A69C0" w:rsidRDefault="007852B7">
      <w:pPr>
        <w:spacing w:after="80" w:line="259" w:lineRule="auto"/>
      </w:pPr>
      <w:r>
        <w:rPr>
          <w:b/>
        </w:rPr>
        <w:t xml:space="preserve">4.5. </w:t>
      </w:r>
      <w:r>
        <w:t>При разработке отдельных документов Исполнитель подготавливает проекты с учётом сведений Заказчика. К ним могут относи</w:t>
      </w:r>
      <w:r>
        <w:t>ться трудовые договоры, дополнительные соглашения, должностные инструкции, правила внутреннего трудового распорядка, положения, регламенты, приказы, формы заявлений и уведомлений и иные согласованные документы.</w:t>
      </w:r>
    </w:p>
    <w:p w:rsidR="000A69C0" w:rsidRDefault="007852B7">
      <w:pPr>
        <w:spacing w:after="80" w:line="259" w:lineRule="auto"/>
      </w:pPr>
      <w:r>
        <w:rPr>
          <w:b/>
        </w:rPr>
        <w:t xml:space="preserve">4.6. </w:t>
      </w:r>
      <w:r>
        <w:t>Заказчик проверяет и подтверждает фактич</w:t>
      </w:r>
      <w:r>
        <w:t>еские сведения, включаемые в проекты документов. Утверждение, подписание, ознакомление работников, введение документов в действие и применение осуществляются Заказчиком, если иное не включено в Заказ.</w:t>
      </w:r>
    </w:p>
    <w:p w:rsidR="000A69C0" w:rsidRDefault="007852B7">
      <w:pPr>
        <w:spacing w:after="80" w:line="259" w:lineRule="auto"/>
      </w:pPr>
      <w:r>
        <w:rPr>
          <w:b/>
        </w:rPr>
        <w:t xml:space="preserve">4.7. </w:t>
      </w:r>
      <w:r>
        <w:t>Разовая проверка воинского учёта включает анализ с</w:t>
      </w:r>
      <w:r>
        <w:t>огласованного перечня документов и процедур. Результатом является перечень замечаний, рисков и рекомендуемых действий. Услуга не включает постановку, восстановление или постоянное ведение воинского учёта.</w:t>
      </w:r>
    </w:p>
    <w:p w:rsidR="000A69C0" w:rsidRDefault="007852B7">
      <w:pPr>
        <w:spacing w:after="80" w:line="259" w:lineRule="auto"/>
      </w:pPr>
      <w:r>
        <w:rPr>
          <w:b/>
        </w:rPr>
        <w:t xml:space="preserve">4.8. </w:t>
      </w:r>
      <w:r>
        <w:t>Приёмка кадровых дел может включать проверку н</w:t>
      </w:r>
      <w:r>
        <w:t>аличия документов, реестров и описей, фиксацию незавершённых процессов, недостающих документов и рисков, а также подготовку акта, описи или заключения. Ограниченная или выборочная проверка не гарантирует выявление всех нарушений.</w:t>
      </w:r>
    </w:p>
    <w:p w:rsidR="000A69C0" w:rsidRDefault="007852B7">
      <w:pPr>
        <w:spacing w:after="80" w:line="259" w:lineRule="auto"/>
      </w:pPr>
      <w:r>
        <w:rPr>
          <w:b/>
        </w:rPr>
        <w:t xml:space="preserve">4.9. </w:t>
      </w:r>
      <w:r>
        <w:t>Подготовка рекомендац</w:t>
      </w:r>
      <w:r>
        <w:t>ий перед проверкой может включать анализ предоставленных материалов, определение очевидных рисков, план действий и проекты пояснений или документов, если они включены в Заказ. Исполнитель не гарантирует отсутствие замечаний, предписаний или мер ответственн</w:t>
      </w:r>
      <w:r>
        <w:t>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4.10. </w:t>
      </w:r>
      <w:r>
        <w:t>Если услуга прямо не названа в настоящем разделе, но её условия согласованы и она не исключена разделом 5, к ней применяется Оферта.</w:t>
      </w:r>
    </w:p>
    <w:p w:rsidR="000A69C0" w:rsidRDefault="007852B7">
      <w:pPr>
        <w:pStyle w:val="1"/>
        <w:spacing w:before="240" w:after="100"/>
      </w:pPr>
      <w:r>
        <w:t>5. УСЛУГИ, НЕ ВХОДЯЩИЕ В ОФЕРТУ</w:t>
      </w:r>
    </w:p>
    <w:p w:rsidR="000A69C0" w:rsidRDefault="007852B7">
      <w:pPr>
        <w:spacing w:after="80" w:line="259" w:lineRule="auto"/>
      </w:pPr>
      <w:r>
        <w:rPr>
          <w:b/>
        </w:rPr>
        <w:t xml:space="preserve">5.1. </w:t>
      </w:r>
      <w:r>
        <w:t>Оферта не применяется к следующим услугам: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полный кадровый аудит;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lastRenderedPageBreak/>
        <w:t>постанов</w:t>
      </w:r>
      <w:r>
        <w:t>ка и восстановление кадрового делопроизводства;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постановка и восстановление воинского учёта;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кадровое сопровождение бизнеса и кадровый аутсорсинг;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постоянное ведение воинского учёта;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иные длительные или комплексные услуги, для которых Исполнитель предлагае</w:t>
      </w:r>
      <w:r>
        <w:t>т отдельный договор.</w:t>
      </w:r>
    </w:p>
    <w:p w:rsidR="000A69C0" w:rsidRDefault="007852B7">
      <w:pPr>
        <w:spacing w:after="80" w:line="259" w:lineRule="auto"/>
      </w:pPr>
      <w:r>
        <w:rPr>
          <w:b/>
        </w:rPr>
        <w:t xml:space="preserve">5.2. </w:t>
      </w:r>
      <w:r>
        <w:t>Оплата разовой Услуги не создаёт обязанности Исполнителя выполнять работы, указанные в пункте 5.1.</w:t>
      </w:r>
    </w:p>
    <w:p w:rsidR="000A69C0" w:rsidRDefault="007852B7">
      <w:pPr>
        <w:spacing w:after="80" w:line="259" w:lineRule="auto"/>
      </w:pPr>
      <w:r>
        <w:rPr>
          <w:b/>
        </w:rPr>
        <w:t xml:space="preserve">5.3. </w:t>
      </w:r>
      <w:r>
        <w:t>Если после разовой Услуги выявлена необходимость комплексного проекта или постоянного сопровождения, Исполнитель вправе направ</w:t>
      </w:r>
      <w:r>
        <w:t>ить отдельное предложение; Заказчик не обязан его принимать.</w:t>
      </w:r>
    </w:p>
    <w:p w:rsidR="000A69C0" w:rsidRDefault="007852B7">
      <w:pPr>
        <w:pStyle w:val="1"/>
        <w:spacing w:before="240" w:after="100"/>
      </w:pPr>
      <w:r>
        <w:t>6. ПОРЯДОК ЗАКЛЮЧЕНИЯ ДОГОВОРА</w:t>
      </w:r>
    </w:p>
    <w:p w:rsidR="000A69C0" w:rsidRDefault="007852B7">
      <w:pPr>
        <w:spacing w:after="80" w:line="259" w:lineRule="auto"/>
      </w:pPr>
      <w:r>
        <w:rPr>
          <w:b/>
        </w:rPr>
        <w:t xml:space="preserve">6.1. </w:t>
      </w:r>
      <w:r>
        <w:t>Для получения Услуг Заказчик обращается через форму на Сайте, электронную почту, Telegram, MAX или иной согласованный Канал связи.</w:t>
      </w:r>
    </w:p>
    <w:p w:rsidR="000A69C0" w:rsidRDefault="007852B7">
      <w:pPr>
        <w:spacing w:after="80" w:line="259" w:lineRule="auto"/>
      </w:pPr>
      <w:r>
        <w:rPr>
          <w:b/>
        </w:rPr>
        <w:t xml:space="preserve">6.2. </w:t>
      </w:r>
      <w:r>
        <w:t>Заказчик описывает зада</w:t>
      </w:r>
      <w:r>
        <w:t>чу и по возможности предоставляет сведения, необходимые для предварительной оценки.</w:t>
      </w:r>
    </w:p>
    <w:p w:rsidR="000A69C0" w:rsidRDefault="007852B7">
      <w:pPr>
        <w:spacing w:after="80" w:line="259" w:lineRule="auto"/>
      </w:pPr>
      <w:r>
        <w:rPr>
          <w:b/>
        </w:rPr>
        <w:t xml:space="preserve">6.3. </w:t>
      </w:r>
      <w:r>
        <w:t>Исполнитель вправе запросить дополнительные документы, пояснения, сведения о численности, периоде проверки и фактической организации работы.</w:t>
      </w:r>
    </w:p>
    <w:p w:rsidR="000A69C0" w:rsidRDefault="007852B7">
      <w:pPr>
        <w:spacing w:after="80" w:line="259" w:lineRule="auto"/>
      </w:pPr>
      <w:r>
        <w:rPr>
          <w:b/>
        </w:rPr>
        <w:t xml:space="preserve">6.4. </w:t>
      </w:r>
      <w:r>
        <w:t>После получения доста</w:t>
      </w:r>
      <w:r>
        <w:t>точной информации Исполнитель направляет коммерческое предложение, описание Услуги, счёт либо совокупность документов и сообщений, позволяющих определить Заказ.</w:t>
      </w:r>
    </w:p>
    <w:p w:rsidR="000A69C0" w:rsidRDefault="007852B7">
      <w:pPr>
        <w:spacing w:after="80" w:line="259" w:lineRule="auto"/>
      </w:pPr>
      <w:r>
        <w:rPr>
          <w:b/>
        </w:rPr>
        <w:t xml:space="preserve">6.5. </w:t>
      </w:r>
      <w:r>
        <w:t xml:space="preserve">До выставления счёта Стороны согласовывают наименование Услуги, объём, формат Результата, </w:t>
      </w:r>
      <w:r>
        <w:t>стоимость, срок, способ передачи и иные существенные условия.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6.6. </w:t>
      </w:r>
      <w:r>
        <w:t>Исполнитель выставляет счёт до начала оказания Услуг.</w:t>
      </w:r>
    </w:p>
    <w:p w:rsidR="000A69C0" w:rsidRDefault="007852B7">
      <w:pPr>
        <w:spacing w:after="80" w:line="259" w:lineRule="auto"/>
      </w:pPr>
      <w:r>
        <w:rPr>
          <w:b/>
        </w:rPr>
        <w:t xml:space="preserve">6.7. </w:t>
      </w:r>
      <w:r>
        <w:t>Полная оплата счёта подтверждает согласие Заказчика с Офертой и конкретным Заказом.</w:t>
      </w:r>
    </w:p>
    <w:p w:rsidR="000A69C0" w:rsidRDefault="007852B7">
      <w:pPr>
        <w:spacing w:after="80" w:line="259" w:lineRule="auto"/>
      </w:pPr>
      <w:r>
        <w:rPr>
          <w:b/>
        </w:rPr>
        <w:t xml:space="preserve">6.8. </w:t>
      </w:r>
      <w:r>
        <w:t xml:space="preserve">Если счёт не оплачен в установленный </w:t>
      </w:r>
      <w:r>
        <w:t>срок, Исполнитель вправе аннулировать его, изменить предполагаемый срок, пересмотреть стоимость либо прекратить согласование.</w:t>
      </w:r>
    </w:p>
    <w:p w:rsidR="000A69C0" w:rsidRDefault="007852B7">
      <w:pPr>
        <w:spacing w:after="80" w:line="259" w:lineRule="auto"/>
      </w:pPr>
      <w:r>
        <w:rPr>
          <w:b/>
        </w:rPr>
        <w:t xml:space="preserve">6.9. </w:t>
      </w:r>
      <w:r>
        <w:t>Оплата счёта не означает согласования работ, прямо не включённых в Заказ.</w:t>
      </w:r>
    </w:p>
    <w:p w:rsidR="000A69C0" w:rsidRDefault="007852B7">
      <w:pPr>
        <w:pStyle w:val="1"/>
        <w:spacing w:before="240" w:after="100"/>
      </w:pPr>
      <w:r>
        <w:t>7. СТОИМОСТЬ УСЛУГ И ПОРЯДОК ОПЛАТЫ</w:t>
      </w:r>
    </w:p>
    <w:p w:rsidR="000A69C0" w:rsidRDefault="007852B7">
      <w:pPr>
        <w:spacing w:after="80" w:line="259" w:lineRule="auto"/>
      </w:pPr>
      <w:r>
        <w:rPr>
          <w:b/>
        </w:rPr>
        <w:t xml:space="preserve">7.1. </w:t>
      </w:r>
      <w:r>
        <w:t xml:space="preserve">Стоимость </w:t>
      </w:r>
      <w:r>
        <w:t>определяется индивидуально с учётом вида и сложности Услуги, объёма документов, количества работников, проверяемого периода, срочности, числа консультаций и корректировок и иных факторов трудоёмкости.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7.2. </w:t>
      </w:r>
      <w:r>
        <w:t>Стоимость указывается в счёте и/или ином документе</w:t>
      </w:r>
      <w:r>
        <w:t>, относящемся к Заказу.</w:t>
      </w:r>
    </w:p>
    <w:p w:rsidR="000A69C0" w:rsidRDefault="007852B7">
      <w:pPr>
        <w:spacing w:after="80" w:line="259" w:lineRule="auto"/>
      </w:pPr>
      <w:r>
        <w:rPr>
          <w:b/>
        </w:rPr>
        <w:t xml:space="preserve">7.3. </w:t>
      </w:r>
      <w:r>
        <w:t>Оплата производится в размере 100% стоимости до начала оказания Услуг, если Стороны письменно не согласовали иной порядок.</w:t>
      </w:r>
    </w:p>
    <w:p w:rsidR="000A69C0" w:rsidRDefault="007852B7">
      <w:pPr>
        <w:spacing w:after="80" w:line="259" w:lineRule="auto"/>
      </w:pPr>
      <w:r>
        <w:rPr>
          <w:b/>
        </w:rPr>
        <w:t xml:space="preserve">7.4. </w:t>
      </w:r>
      <w:r>
        <w:t>Оплата производится перечислением денежных средств на расчётный счёт Исполнителя.</w:t>
      </w:r>
    </w:p>
    <w:p w:rsidR="000A69C0" w:rsidRDefault="007852B7">
      <w:pPr>
        <w:spacing w:after="80" w:line="259" w:lineRule="auto"/>
      </w:pPr>
      <w:r>
        <w:rPr>
          <w:b/>
        </w:rPr>
        <w:t xml:space="preserve">7.5. </w:t>
      </w:r>
      <w:r>
        <w:t>Обязательство по оплате считается исполненным с момента зачисления средств на расчётный счёт Исполнителя.</w:t>
      </w:r>
    </w:p>
    <w:p w:rsidR="000A69C0" w:rsidRDefault="007852B7">
      <w:pPr>
        <w:spacing w:after="80" w:line="259" w:lineRule="auto"/>
      </w:pPr>
      <w:r>
        <w:rPr>
          <w:b/>
        </w:rPr>
        <w:t xml:space="preserve">7.6. </w:t>
      </w:r>
      <w:r>
        <w:t>Исполнитель приступает к Услуге после одновременного поступления полной оплаты и получения всех необходимых документов и информации.</w:t>
      </w:r>
    </w:p>
    <w:p w:rsidR="000A69C0" w:rsidRDefault="007852B7">
      <w:pPr>
        <w:spacing w:after="80" w:line="259" w:lineRule="auto"/>
      </w:pPr>
      <w:r>
        <w:rPr>
          <w:b/>
        </w:rPr>
        <w:t xml:space="preserve">7.7. </w:t>
      </w:r>
      <w:r>
        <w:t>Исполни</w:t>
      </w:r>
      <w:r>
        <w:t xml:space="preserve">тель является индивидуальным предпринимателем, применяющим специальный налоговый режим «Налог на профессиональный доход». Исполнитель не признаётся плательщиком НДС, за исключением случаев, предусмотренных законодательством Российской Федерации. Стоимость </w:t>
      </w:r>
      <w:r>
        <w:t>Услуг не увеличивается на сумму НДС.</w:t>
      </w:r>
    </w:p>
    <w:p w:rsidR="000A69C0" w:rsidRDefault="007852B7">
      <w:pPr>
        <w:spacing w:after="80" w:line="259" w:lineRule="auto"/>
      </w:pPr>
      <w:r>
        <w:rPr>
          <w:b/>
        </w:rPr>
        <w:t xml:space="preserve">7.8. </w:t>
      </w:r>
      <w:r>
        <w:t>Комиссии банка или платёжного сервиса несёт Сторона, на которую они возложены условиями соответствующей организации.</w:t>
      </w:r>
    </w:p>
    <w:p w:rsidR="000A69C0" w:rsidRDefault="007852B7">
      <w:pPr>
        <w:spacing w:after="80" w:line="259" w:lineRule="auto"/>
      </w:pPr>
      <w:r>
        <w:rPr>
          <w:b/>
        </w:rPr>
        <w:t xml:space="preserve">7.9. </w:t>
      </w:r>
      <w:r>
        <w:t>Заказчик отвечает за правильность платёжных реквизитов и назначения платежа.</w:t>
      </w:r>
    </w:p>
    <w:p w:rsidR="000A69C0" w:rsidRDefault="007852B7">
      <w:pPr>
        <w:spacing w:after="80" w:line="259" w:lineRule="auto"/>
      </w:pPr>
      <w:r>
        <w:rPr>
          <w:b/>
        </w:rPr>
        <w:lastRenderedPageBreak/>
        <w:t xml:space="preserve">7.10. </w:t>
      </w:r>
      <w:r>
        <w:t>Новые док</w:t>
      </w:r>
      <w:r>
        <w:t>ументы, изменение исходных данных, расширение задачи, дополнительные периоды, работники или вопросы могут повлечь согласование Дополнительных услуг.</w:t>
      </w:r>
    </w:p>
    <w:p w:rsidR="000A69C0" w:rsidRDefault="007852B7">
      <w:pPr>
        <w:spacing w:after="80" w:line="259" w:lineRule="auto"/>
      </w:pPr>
      <w:r>
        <w:rPr>
          <w:b/>
        </w:rPr>
        <w:t xml:space="preserve">7.11. </w:t>
      </w:r>
      <w:r>
        <w:t>До выполнения Дополнительных услуг Стороны согласовывают содержание, стоимость, срок и результат. Исп</w:t>
      </w:r>
      <w:r>
        <w:t>олнитель не обязан выполнять их без письменного согласования и оплаты.</w:t>
      </w:r>
    </w:p>
    <w:p w:rsidR="000A69C0" w:rsidRDefault="007852B7">
      <w:pPr>
        <w:pStyle w:val="1"/>
        <w:spacing w:before="240" w:after="100"/>
      </w:pPr>
      <w:r>
        <w:t>8. ПОРЯДОК ОКАЗАНИЯ УСЛУГ</w:t>
      </w:r>
    </w:p>
    <w:p w:rsidR="000A69C0" w:rsidRDefault="007852B7">
      <w:pPr>
        <w:spacing w:after="80" w:line="259" w:lineRule="auto"/>
      </w:pPr>
      <w:r>
        <w:rPr>
          <w:b/>
        </w:rPr>
        <w:t xml:space="preserve">8.1. </w:t>
      </w:r>
      <w:r>
        <w:t>Исполнитель оказывает Услуги в соответствии с Заказом и предоставленными Исходными документами и информацией.</w:t>
      </w:r>
    </w:p>
    <w:p w:rsidR="000A69C0" w:rsidRDefault="007852B7">
      <w:pPr>
        <w:spacing w:after="80" w:line="259" w:lineRule="auto"/>
      </w:pPr>
      <w:r>
        <w:rPr>
          <w:b/>
        </w:rPr>
        <w:t xml:space="preserve">8.2. </w:t>
      </w:r>
      <w:r>
        <w:t>Услуга может быть оказана устно, письме</w:t>
      </w:r>
      <w:r>
        <w:t>нно, дистанционно, при личной встрече, путём подготовки или анализа документов либо иным согласованным способом.</w:t>
      </w:r>
    </w:p>
    <w:p w:rsidR="000A69C0" w:rsidRDefault="007852B7">
      <w:pPr>
        <w:spacing w:after="80" w:line="259" w:lineRule="auto"/>
      </w:pPr>
      <w:r>
        <w:rPr>
          <w:b/>
        </w:rPr>
        <w:t xml:space="preserve">8.3. </w:t>
      </w:r>
      <w:r>
        <w:t>Исполнитель самостоятельно определяет профессиональные методы, способы и последовательность работы, если иное прямо не согласовано.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8.4. </w:t>
      </w:r>
      <w:r>
        <w:t>З</w:t>
      </w:r>
      <w:r>
        <w:t>аказчик обеспечивает Исполнителя полной и актуальной информацией.</w:t>
      </w:r>
    </w:p>
    <w:p w:rsidR="000A69C0" w:rsidRDefault="007852B7">
      <w:pPr>
        <w:spacing w:after="80" w:line="259" w:lineRule="auto"/>
      </w:pPr>
      <w:r>
        <w:rPr>
          <w:b/>
        </w:rPr>
        <w:t xml:space="preserve">8.5. </w:t>
      </w:r>
      <w:r>
        <w:t>При недостаточности материалов Исполнитель вправе запросить дополнительные сведения, приостановить работу, уточнить срок и предложить изменение объёма или стоимости.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8.6. </w:t>
      </w:r>
      <w:r>
        <w:t>Заказчик своев</w:t>
      </w:r>
      <w:r>
        <w:t>ременно отвечает на запросы Исполнителя и предоставляет пояснения.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8.7. </w:t>
      </w:r>
      <w:r>
        <w:t>Если иное не согласовано, в стоимость разработки документов входит один цикл корректировок в пределах первоначальной задачи.</w:t>
      </w:r>
    </w:p>
    <w:p w:rsidR="000A69C0" w:rsidRDefault="007852B7">
      <w:pPr>
        <w:spacing w:after="80" w:line="259" w:lineRule="auto"/>
      </w:pPr>
      <w:r>
        <w:rPr>
          <w:b/>
        </w:rPr>
        <w:t xml:space="preserve">8.8. </w:t>
      </w:r>
      <w:r>
        <w:t xml:space="preserve">Изменения, вызванные новой позицией Заказчика, новыми </w:t>
      </w:r>
      <w:r>
        <w:t>данными, требованиями или обстоятельствами, считаются Дополнительными услугами.</w:t>
      </w:r>
    </w:p>
    <w:p w:rsidR="000A69C0" w:rsidRDefault="007852B7">
      <w:pPr>
        <w:spacing w:after="80" w:line="259" w:lineRule="auto"/>
      </w:pPr>
      <w:r>
        <w:rPr>
          <w:b/>
        </w:rPr>
        <w:t xml:space="preserve">8.9. </w:t>
      </w:r>
      <w:r>
        <w:t>Исполнитель вправе приостановить Услугу при непредоставлении документов, отсутствии ответов, противоречивой информации, нарушении порядка взаимодействия или неоформлении П</w:t>
      </w:r>
      <w:r>
        <w:t>оручения на обработку персональных данных.</w:t>
      </w:r>
    </w:p>
    <w:p w:rsidR="000A69C0" w:rsidRDefault="007852B7">
      <w:pPr>
        <w:spacing w:after="80" w:line="259" w:lineRule="auto"/>
      </w:pPr>
      <w:r>
        <w:rPr>
          <w:b/>
        </w:rPr>
        <w:t xml:space="preserve">8.10. </w:t>
      </w:r>
      <w:r>
        <w:t>Приостановление по причинам, зависящим от Заказчика, не является нарушением срока Исполнителем.</w:t>
      </w:r>
    </w:p>
    <w:p w:rsidR="000A69C0" w:rsidRDefault="007852B7">
      <w:pPr>
        <w:pStyle w:val="1"/>
        <w:spacing w:before="240" w:after="100"/>
      </w:pPr>
      <w:r>
        <w:t>9. СРОКИ ОКАЗАНИЯ УСЛУГ</w:t>
      </w:r>
    </w:p>
    <w:p w:rsidR="000A69C0" w:rsidRDefault="007852B7">
      <w:pPr>
        <w:spacing w:after="80" w:line="259" w:lineRule="auto"/>
      </w:pPr>
      <w:r>
        <w:rPr>
          <w:b/>
        </w:rPr>
        <w:t xml:space="preserve">9.1. </w:t>
      </w:r>
      <w:r>
        <w:t>Срок конкретной Услуги определяется при согласовании Заказа.</w:t>
      </w:r>
    </w:p>
    <w:p w:rsidR="000A69C0" w:rsidRDefault="007852B7">
      <w:pPr>
        <w:spacing w:after="80" w:line="259" w:lineRule="auto"/>
      </w:pPr>
      <w:r>
        <w:rPr>
          <w:b/>
        </w:rPr>
        <w:t xml:space="preserve">9.2. </w:t>
      </w:r>
      <w:r>
        <w:t xml:space="preserve">Течение срока </w:t>
      </w:r>
      <w:r>
        <w:t>начинается со дня, следующего за днём одновременного поступления полной оплаты и получения Исполнителем всех необходимых документов и информации.</w:t>
      </w:r>
    </w:p>
    <w:p w:rsidR="000A69C0" w:rsidRDefault="007852B7">
      <w:pPr>
        <w:spacing w:after="80" w:line="259" w:lineRule="auto"/>
      </w:pPr>
      <w:r>
        <w:rPr>
          <w:b/>
        </w:rPr>
        <w:t xml:space="preserve">9.3. </w:t>
      </w:r>
      <w:r>
        <w:t xml:space="preserve">Если документы предоставляются частями, срок начинается после получения последней части, достаточной для </w:t>
      </w:r>
      <w:r>
        <w:t>выполнения Заказа.</w:t>
      </w:r>
    </w:p>
    <w:p w:rsidR="000A69C0" w:rsidRDefault="007852B7">
      <w:pPr>
        <w:spacing w:after="80" w:line="259" w:lineRule="auto"/>
      </w:pPr>
      <w:r>
        <w:rPr>
          <w:b/>
        </w:rPr>
        <w:t xml:space="preserve">9.4. </w:t>
      </w:r>
      <w:r>
        <w:t>При задержке документов, сведений, согласований или ответов срок автоматически продлевается на период задержки.</w:t>
      </w:r>
    </w:p>
    <w:p w:rsidR="000A69C0" w:rsidRDefault="007852B7">
      <w:pPr>
        <w:spacing w:after="80" w:line="259" w:lineRule="auto"/>
      </w:pPr>
      <w:r>
        <w:rPr>
          <w:b/>
        </w:rPr>
        <w:t xml:space="preserve">9.5. </w:t>
      </w:r>
      <w:r>
        <w:t>При предоставлении дополнительных документов или изменении исходных данных срок может быть увеличен на разумный пер</w:t>
      </w:r>
      <w:r>
        <w:t>иод, о чём Исполнитель уведомляет Заказчика.</w:t>
      </w:r>
    </w:p>
    <w:p w:rsidR="000A69C0" w:rsidRDefault="007852B7">
      <w:pPr>
        <w:spacing w:after="80" w:line="259" w:lineRule="auto"/>
      </w:pPr>
      <w:r>
        <w:rPr>
          <w:b/>
        </w:rPr>
        <w:t xml:space="preserve">9.6. </w:t>
      </w:r>
      <w:r>
        <w:t>Срочное оказание и соответствующая стоимость согласовываются отдельно.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9.7. </w:t>
      </w:r>
      <w:r>
        <w:t>Исполнитель вправе оказать Услугу досрочно.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9.8. </w:t>
      </w:r>
      <w:r>
        <w:t xml:space="preserve">Если последний день срока приходится на нерабочий день, окончание переносится на </w:t>
      </w:r>
      <w:r>
        <w:t>ближайший следующий Рабочий день, если иное не согласовано.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9.9. </w:t>
      </w:r>
      <w:r>
        <w:t>Задержка по причине технических сбоев, действий третьих лиц, отсутствия доступа к системам или иных не зависящих от Исполнителя обстоятельств не признаётся нарушением при своевременном уведом</w:t>
      </w:r>
      <w:r>
        <w:t>лении Заказчика.</w:t>
      </w:r>
    </w:p>
    <w:p w:rsidR="000A69C0" w:rsidRDefault="007852B7">
      <w:pPr>
        <w:pStyle w:val="1"/>
        <w:spacing w:before="240" w:after="100"/>
      </w:pPr>
      <w:r>
        <w:lastRenderedPageBreak/>
        <w:t>10. ПЕРЕДАЧА ДОКУМЕНТОВ И ИНФОРМАЦИИ</w:t>
      </w:r>
    </w:p>
    <w:p w:rsidR="000A69C0" w:rsidRDefault="007852B7">
      <w:pPr>
        <w:spacing w:after="80" w:line="259" w:lineRule="auto"/>
      </w:pPr>
      <w:r>
        <w:rPr>
          <w:b/>
        </w:rPr>
        <w:t xml:space="preserve">10.1. </w:t>
      </w:r>
      <w:r>
        <w:t>Документы и информация передаются по электронной почте, через Telegram, MAX, Контур.Сайн, Яндекс Диск, Google Drive, иные облачные хранилища, лично на бумаге или иным согласованным способом.</w:t>
      </w:r>
    </w:p>
    <w:p w:rsidR="000A69C0" w:rsidRDefault="007852B7">
      <w:pPr>
        <w:spacing w:after="80" w:line="259" w:lineRule="auto"/>
      </w:pPr>
      <w:r>
        <w:rPr>
          <w:b/>
        </w:rPr>
        <w:t>10.2.</w:t>
      </w:r>
      <w:r>
        <w:rPr>
          <w:b/>
        </w:rPr>
        <w:t xml:space="preserve"> </w:t>
      </w:r>
      <w:r>
        <w:t>Заказчик предоставляет документы в читаемом и полном виде, с сохранением последовательности страниц, без повреждения файлов и в формате, позволяющем их обработать.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10.3. </w:t>
      </w:r>
      <w:r>
        <w:t>Если иное не согласовано, электронные документы передаются в форматах PDF, DOCX, XLSX</w:t>
      </w:r>
      <w:r>
        <w:t xml:space="preserve"> либо ином общедоступном формате.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10.4. </w:t>
      </w:r>
      <w:r>
        <w:t>Исполнитель вправе запросить повторное предоставление, если файл нечитаем, неполон, повреждён, защищён неизвестным паролем либо сведения невозможно идентифицировать.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10.5. </w:t>
      </w:r>
      <w:r>
        <w:t>Время до надлежащего повторного предоставлен</w:t>
      </w:r>
      <w:r>
        <w:t>ия не включается в срок Услуги.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10.6. </w:t>
      </w:r>
      <w:r>
        <w:t>Заказчик подтверждает наличие законных оснований для передачи документов и персональных данных и несёт ответственность за законность такой передачи.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10.7. </w:t>
      </w:r>
      <w:r>
        <w:t xml:space="preserve">До передачи персональных данных работников Стороны оформляют </w:t>
      </w:r>
      <w:r>
        <w:t>Поручение на обработку персональных данных. До его оформления Исполнитель вправе отказаться от получения таких документов.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10.8. </w:t>
      </w:r>
      <w:r>
        <w:t>При облачной передаче Заказчик предоставляет корректную ссылку, обеспечивает доступ и при необходимости сообщает пароль отдельн</w:t>
      </w:r>
      <w:r>
        <w:t>ым Каналом связи.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10.9. </w:t>
      </w:r>
      <w:r>
        <w:t>Передача оригиналов на бумаге оформляется актом или описью, если не согласован иной порядок.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10.10. </w:t>
      </w:r>
      <w:r>
        <w:t>Риск утраты или повреждения оригиналов до фактической передачи несёт Заказчик, после передачи — Исполнитель в пределах принятых доку</w:t>
      </w:r>
      <w:r>
        <w:t>ментов.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10.11. </w:t>
      </w:r>
      <w:r>
        <w:t>Оригиналы возвращаются в согласованный срок и способом, зафиксированным в акте, описи или переписке.</w:t>
      </w:r>
    </w:p>
    <w:p w:rsidR="000A69C0" w:rsidRDefault="007852B7">
      <w:pPr>
        <w:spacing w:after="80" w:line="259" w:lineRule="auto"/>
      </w:pPr>
      <w:r>
        <w:rPr>
          <w:b/>
        </w:rPr>
        <w:t xml:space="preserve">10.12. </w:t>
      </w:r>
      <w:r>
        <w:t xml:space="preserve">Исполнитель не обязан хранить копии бессрочно. Порядок хранения, возврата, удаления или уничтожения персональных данных определяется </w:t>
      </w:r>
      <w:r>
        <w:t>Поручением и законом.</w:t>
      </w:r>
    </w:p>
    <w:p w:rsidR="000A69C0" w:rsidRDefault="007852B7">
      <w:pPr>
        <w:pStyle w:val="1"/>
        <w:spacing w:before="240" w:after="100"/>
      </w:pPr>
      <w:r>
        <w:t>11. ПРАВА И ОБЯЗАННОСТИ СТОРОН</w:t>
      </w:r>
    </w:p>
    <w:p w:rsidR="000A69C0" w:rsidRDefault="007852B7">
      <w:pPr>
        <w:pStyle w:val="21"/>
        <w:spacing w:before="140" w:after="100"/>
      </w:pPr>
      <w:r>
        <w:t>11.1. Исполнитель вправе: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запрашивать документы, сведения и пояснения, необходимые для оказания Услуг;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самостоятельно определять методы и последовательность работы;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 xml:space="preserve">приостанавливать Услуги при неполной, </w:t>
      </w:r>
      <w:r>
        <w:t>противоречивой или несвоевременной информации, нарушении Оферты или иных препятствиях;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отказать в незаконном поручении, включая оформление заведомо недостоверных документов или документов задним числом в нарушение закона;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предлагать изменение объёма, стоим</w:t>
      </w:r>
      <w:r>
        <w:t>ости и срока;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использовать обезличенную информацию о выполненных проектах при невозможности идентификации Заказчика, его работников и конфиденциальной информации;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отказаться от Договора в случаях и порядке, предусмотренных законом и Офертой.</w:t>
      </w:r>
    </w:p>
    <w:p w:rsidR="000A69C0" w:rsidRDefault="007852B7">
      <w:pPr>
        <w:pStyle w:val="21"/>
        <w:spacing w:before="140" w:after="100"/>
      </w:pPr>
      <w:r>
        <w:t>11.2. Исполнит</w:t>
      </w:r>
      <w:r>
        <w:t>ель обязан: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добросовестно и профессионально выполнить согласованный объём;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соблюдать конфиденциальность;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обрабатывать персональные данные только в целях и пределах Поручения;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сообщать о препятствиях своевременному оказанию Услуг;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передать Результат в согла</w:t>
      </w:r>
      <w:r>
        <w:t>сованном формате;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 завершении направить акт об оказанных услугах.</w:t>
      </w:r>
    </w:p>
    <w:p w:rsidR="000A69C0" w:rsidRDefault="007852B7">
      <w:pPr>
        <w:pStyle w:val="21"/>
        <w:spacing w:before="140" w:after="100"/>
      </w:pPr>
      <w:r>
        <w:lastRenderedPageBreak/>
        <w:t>11.3. Заказчик вправе: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получать информацию о ходе Услуг;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запрашивать разъяснения по выполненной работе;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получить согласованный Результат;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 xml:space="preserve">отказаться от Договора в порядке, предусмотренном </w:t>
      </w:r>
      <w:r>
        <w:t>законом и разделом 13;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направить Мотивированные замечания в установленный срок.</w:t>
      </w:r>
    </w:p>
    <w:p w:rsidR="000A69C0" w:rsidRDefault="007852B7">
      <w:pPr>
        <w:pStyle w:val="21"/>
        <w:spacing w:before="140" w:after="100"/>
      </w:pPr>
      <w:r>
        <w:t>11.4. Заказчик обязан: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предоставлять полную, достоверную и актуальную информацию;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иметь законные основания для передачи данных работников и иных лиц;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своевременно предоставлять</w:t>
      </w:r>
      <w:r>
        <w:t xml:space="preserve"> документы, отвечать на запросы и сообщать существенные обстоятельства;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проверять проекты документов до подписания и применения;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самостоятельно принимать кадровые, организационные и управленческие решения;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не применять документы в иных организациях без про</w:t>
      </w:r>
      <w:r>
        <w:t>верки применимости;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не использовать разработки Исполнителя для коммерческого распространения без письменного согласия;</w:t>
      </w:r>
    </w:p>
    <w:p w:rsidR="000A69C0" w:rsidRDefault="007852B7">
      <w:pPr>
        <w:pStyle w:val="a0"/>
        <w:spacing w:after="40" w:line="252" w:lineRule="auto"/>
        <w:ind w:left="454" w:hanging="227"/>
      </w:pPr>
      <w:r>
        <w:t>подписать акт либо направить Мотивированные замечания.</w:t>
      </w:r>
    </w:p>
    <w:p w:rsidR="000A69C0" w:rsidRDefault="007852B7">
      <w:pPr>
        <w:pStyle w:val="1"/>
        <w:spacing w:before="240" w:after="100"/>
      </w:pPr>
      <w:r>
        <w:t>12. ПРИЁМКА УСЛУГ</w:t>
      </w:r>
    </w:p>
    <w:p w:rsidR="000A69C0" w:rsidRDefault="007852B7">
      <w:pPr>
        <w:spacing w:after="80" w:line="259" w:lineRule="auto"/>
      </w:pPr>
      <w:r>
        <w:rPr>
          <w:b/>
        </w:rPr>
        <w:t xml:space="preserve">12.1. </w:t>
      </w:r>
      <w:r>
        <w:t xml:space="preserve">По завершении Исполнитель направляет Результат и акт об </w:t>
      </w:r>
      <w:r>
        <w:t>оказанных услугах по электронной почте, через Контур.Сайн либо иным согласованным способом.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12.2. </w:t>
      </w:r>
      <w:r>
        <w:t>Заказчик в течение 5 (пяти) Рабочих дней со дня получения обязан подписать акт либо направить Мотивированные замечания.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12.3. </w:t>
      </w:r>
      <w:r>
        <w:t>Замечания должны содержать конкр</w:t>
      </w:r>
      <w:r>
        <w:t>етный недостаток, ссылку на невыполненное условие Заказа и описание требуемого исправления.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12.4. </w:t>
      </w:r>
      <w:r>
        <w:t>Обоснованные замечания в пределах первоначального объёма Исполнитель устраняет без дополнительной оплаты в разумный срок.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12.5. </w:t>
      </w:r>
      <w:r>
        <w:t>Замечания, вызванные новой поз</w:t>
      </w:r>
      <w:r>
        <w:t>ицией, документами, исходными данными или расширением задания, относятся к Дополнительным услугам.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12.6. </w:t>
      </w:r>
      <w:r>
        <w:t xml:space="preserve">Если в течение 5 (пяти) Рабочих дней акт не подписан и Мотивированные замечания не поступили, Услуги считаются оказанными надлежащим образом и </w:t>
      </w:r>
      <w:r>
        <w:t>принятыми без замечаний.</w:t>
      </w:r>
    </w:p>
    <w:p w:rsidR="000A69C0" w:rsidRDefault="007852B7">
      <w:pPr>
        <w:spacing w:after="80" w:line="259" w:lineRule="auto"/>
      </w:pPr>
      <w:r>
        <w:rPr>
          <w:b/>
        </w:rPr>
        <w:t xml:space="preserve">12.7. </w:t>
      </w:r>
      <w:r>
        <w:t>Условие о приёмке по истечении срока не лишает Заказчика прав, которые не могут быть ограничены договором в силу закона.</w:t>
      </w:r>
    </w:p>
    <w:p w:rsidR="000A69C0" w:rsidRDefault="007852B7">
      <w:pPr>
        <w:pStyle w:val="1"/>
        <w:spacing w:before="240" w:after="100"/>
      </w:pPr>
      <w:r>
        <w:t>13. ОТКАЗ ОТ ДОГОВОРА И ВОЗВРАТ ДЕНЕЖНЫХ СРЕДСТВ</w:t>
      </w:r>
    </w:p>
    <w:p w:rsidR="000A69C0" w:rsidRDefault="007852B7">
      <w:pPr>
        <w:spacing w:after="80" w:line="259" w:lineRule="auto"/>
      </w:pPr>
      <w:r>
        <w:rPr>
          <w:b/>
        </w:rPr>
        <w:t xml:space="preserve">13.1. </w:t>
      </w:r>
      <w:r>
        <w:t>Заказчик вправе отказаться от Договора в любое вр</w:t>
      </w:r>
      <w:r>
        <w:t>емя при условии оплаты Исполнителю фактически оказанных Услуг и фактически понесённых расходов в соответствии со статьёй 782 Гражданского кодекса Российской Федерации и иными применимыми нормами.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13.2. </w:t>
      </w:r>
      <w:r>
        <w:t>До начала оказания Услуги денежные средства возвращают</w:t>
      </w:r>
      <w:r>
        <w:t>ся за вычетом фактически понесённых и подлежащих возмещению расходов, если такие расходы возникли.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13.3. </w:t>
      </w:r>
      <w:r>
        <w:t>После начала оказания Услуги возврат определяется с учётом стоимости фактически выполненного объёма и фактически понесённых расходов. Если сумма оплаты</w:t>
      </w:r>
      <w:r>
        <w:t xml:space="preserve"> превышает указанную величину, остаток подлежит возврату.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13.4. </w:t>
      </w:r>
      <w:r>
        <w:t>Для отказа и возврата Заказчик направляет заявление на электронную почту guseva.kadry@mail.ru с указанием Заказа, платёжных данных и реквизитов для возврата.</w:t>
      </w:r>
    </w:p>
    <w:p w:rsidR="000A69C0" w:rsidRDefault="007852B7">
      <w:pPr>
        <w:spacing w:after="80" w:line="259" w:lineRule="auto"/>
      </w:pPr>
      <w:r>
        <w:rPr>
          <w:b/>
        </w:rPr>
        <w:lastRenderedPageBreak/>
        <w:t xml:space="preserve">13.5. </w:t>
      </w:r>
      <w:r>
        <w:t xml:space="preserve">Возврат производится тем же </w:t>
      </w:r>
      <w:r>
        <w:t>способом, которым была произведена оплата, либо иным согласованным законным способом, в течение 10 (десяти) Рабочих дней после получения заявления и сведений, необходимых для возврата.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13.6. </w:t>
      </w:r>
      <w:r>
        <w:t>Если Заказчик задерживает предоставление необходимых документов и</w:t>
      </w:r>
      <w:r>
        <w:t>ли информации, срок автоматически продлевается на период задержки.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13.7. </w:t>
      </w:r>
      <w:r>
        <w:t>Если необходимые документы и информация не предоставлены более 30 (тридцати) календарных дней с даты запроса Исполнителя, Исполнитель вправе отказаться от Договора, уведомив Заказчика</w:t>
      </w:r>
      <w:r>
        <w:t>. Исполнитель удерживает стоимость фактически оказанных Услуг и документально подтверждённых расходов, а остаток возвращает Заказчику, если он имеется.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13.8. </w:t>
      </w:r>
      <w:r>
        <w:t>Исполнитель вправе отказаться от Договора при условии полного возмещения Заказчику убытков в случа</w:t>
      </w:r>
      <w:r>
        <w:t>ях и пределах, установленных законом, за исключением отказа, вызванного нарушением Заказчиком обязанностей или невозможностью исполнения по причинам, за которые отвечает Заказчик.</w:t>
      </w:r>
    </w:p>
    <w:p w:rsidR="000A69C0" w:rsidRDefault="007852B7">
      <w:pPr>
        <w:spacing w:after="80" w:line="259" w:lineRule="auto"/>
      </w:pPr>
      <w:r>
        <w:rPr>
          <w:b/>
        </w:rPr>
        <w:t xml:space="preserve">13.9. </w:t>
      </w:r>
      <w:r>
        <w:t>Для Заказчиков-потребителей применяются гарантии и порядок возврата, у</w:t>
      </w:r>
      <w:r>
        <w:t>становленные императивными нормами законодательства о защите прав потребителей.</w:t>
      </w:r>
    </w:p>
    <w:p w:rsidR="000A69C0" w:rsidRDefault="007852B7">
      <w:pPr>
        <w:pStyle w:val="1"/>
        <w:spacing w:before="240" w:after="100"/>
      </w:pPr>
      <w:r>
        <w:t>14. ОТВЕТСТВЕННОСТЬ СТОРОН</w:t>
      </w:r>
    </w:p>
    <w:p w:rsidR="000A69C0" w:rsidRDefault="007852B7">
      <w:pPr>
        <w:spacing w:after="80" w:line="259" w:lineRule="auto"/>
      </w:pPr>
      <w:r>
        <w:rPr>
          <w:b/>
        </w:rPr>
        <w:t xml:space="preserve">14.1. </w:t>
      </w:r>
      <w:r>
        <w:t>За неисполнение или ненадлежащее исполнение обязательств Стороны несут ответственность по закону и Договору.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14.2. </w:t>
      </w:r>
      <w:r>
        <w:t>Заказчик отвечает за полноту</w:t>
      </w:r>
      <w:r>
        <w:t>, достоверность и актуальность предоставленных документов и сведений.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14.3. </w:t>
      </w:r>
      <w:r>
        <w:t>Исполнитель не обязан проверять подлинность документов, полномочия подписантов или законность получения Заказчиком сведений, если это не включено в Заказ.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14.4. </w:t>
      </w:r>
      <w:r>
        <w:t>Риск последствий не</w:t>
      </w:r>
      <w:r>
        <w:t>достоверной информации, сокрытия существенных обстоятельств, неполного комплекта и противоречивых данных несёт Заказчик.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14.5. </w:t>
      </w:r>
      <w:r>
        <w:t>Исполнитель отвечает за качество Услуг только в пределах конкретного Заказа.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14.6. </w:t>
      </w:r>
      <w:r>
        <w:t>Исполнитель не отвечает за последствия самосто</w:t>
      </w:r>
      <w:r>
        <w:t>ятельного изменения документов, применения не по назначению или в другой организации, неприменения рекомендаций, нарушения закона или самостоятельных кадровых решений Заказчика.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14.7. </w:t>
      </w:r>
      <w:r>
        <w:t>Исполнитель не отвечает за действия и решения государственных органов, с</w:t>
      </w:r>
      <w:r>
        <w:t>удов, работников и третьих лиц; нарушения, возникшие до начала или после завершения Услуг; изменения законодательства после передачи Результата.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14.8. </w:t>
      </w:r>
      <w:r>
        <w:t>Исполнитель не гарантирует отсутствие замечаний, предписаний, штрафов, судебных споров или трудовых конфл</w:t>
      </w:r>
      <w:r>
        <w:t>иктов.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14.9. </w:t>
      </w:r>
      <w:r>
        <w:t xml:space="preserve">В отношениях между хозяйствующими субъектами и в пределах, допускаемых законом, совокупная ответственность Исполнителя по конкретному Заказу ограничивается стоимостью соответствующей Услуги; упущенная выгода и косвенные потери не возмещаются. </w:t>
      </w:r>
      <w:r>
        <w:t>Настоящее условие не применяется в случаях, когда ограничение ответственности запрещено законом, в том числе к ответственности за умышленное нарушение обязательства.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14.10. </w:t>
      </w:r>
      <w:r>
        <w:t xml:space="preserve">Заказчик отвечает за наличие законных оснований передачи персональных данных. </w:t>
      </w:r>
      <w:r>
        <w:t>Исполнитель отвечает за их обработку в пределах Поручения и закона.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14.11. </w:t>
      </w:r>
      <w:r>
        <w:t xml:space="preserve">Исполнитель не считается нарушившим срок, если задержка вызвана действиями Заказчика, непредоставлением данных, изменением задания, техническими сбоями вне контроля Исполнителя или </w:t>
      </w:r>
      <w:r>
        <w:t>обстоятельствами непреодолимой силы.</w:t>
      </w:r>
    </w:p>
    <w:p w:rsidR="000A69C0" w:rsidRDefault="007852B7">
      <w:pPr>
        <w:spacing w:after="80" w:line="259" w:lineRule="auto"/>
      </w:pPr>
      <w:r>
        <w:rPr>
          <w:b/>
        </w:rPr>
        <w:t xml:space="preserve">14.12. </w:t>
      </w:r>
      <w:r>
        <w:t>При выявлении недостатков Стороны прежде всего принимают разумные меры к урегулированию и исправлению в пределах первоначального Заказа.</w:t>
      </w:r>
    </w:p>
    <w:p w:rsidR="000A69C0" w:rsidRDefault="007852B7">
      <w:pPr>
        <w:pStyle w:val="1"/>
        <w:spacing w:before="240" w:after="100"/>
      </w:pPr>
      <w:r>
        <w:lastRenderedPageBreak/>
        <w:t>15. КОНФИДЕНЦИАЛЬНОСТЬ</w:t>
      </w:r>
    </w:p>
    <w:p w:rsidR="000A69C0" w:rsidRDefault="007852B7">
      <w:pPr>
        <w:spacing w:after="80" w:line="259" w:lineRule="auto"/>
      </w:pPr>
      <w:r>
        <w:rPr>
          <w:b/>
        </w:rPr>
        <w:t xml:space="preserve">15.1. </w:t>
      </w:r>
      <w:r>
        <w:t>Исполнитель не раскрывает третьим лицам сведен</w:t>
      </w:r>
      <w:r>
        <w:t>ия и документы Заказчика, кроме случаев, предусмотренных законом, Договором или прямо согласованных Сторонами.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15.2. </w:t>
      </w:r>
      <w:r>
        <w:t>Конфиденциальными являются кадровые документы, данные работников, локальные акты, сведения об оплате труда, проверках, внутренней организац</w:t>
      </w:r>
      <w:r>
        <w:t>ии деятельности и иная необщедоступная информация.</w:t>
      </w:r>
    </w:p>
    <w:p w:rsidR="000A69C0" w:rsidRDefault="007852B7">
      <w:pPr>
        <w:spacing w:after="80" w:line="259" w:lineRule="auto"/>
      </w:pPr>
      <w:r>
        <w:rPr>
          <w:b/>
        </w:rPr>
        <w:t xml:space="preserve">15.3. </w:t>
      </w:r>
      <w:r>
        <w:t>Информация используется исключительно для оказания Услуг.</w:t>
      </w:r>
    </w:p>
    <w:p w:rsidR="000A69C0" w:rsidRDefault="007852B7">
      <w:pPr>
        <w:spacing w:after="80" w:line="259" w:lineRule="auto"/>
      </w:pPr>
      <w:r>
        <w:rPr>
          <w:b/>
        </w:rPr>
        <w:t xml:space="preserve">15.4. </w:t>
      </w:r>
      <w:r>
        <w:t>Доступ предоставляется только лицам, участие которых объективно необходимо для исполнения Договора и которые обязаны соблюдать конфиден</w:t>
      </w:r>
      <w:r>
        <w:t>циальность.</w:t>
      </w:r>
    </w:p>
    <w:p w:rsidR="000A69C0" w:rsidRDefault="007852B7">
      <w:pPr>
        <w:spacing w:after="80" w:line="259" w:lineRule="auto"/>
      </w:pPr>
      <w:r>
        <w:rPr>
          <w:b/>
        </w:rPr>
        <w:t xml:space="preserve">15.5. </w:t>
      </w:r>
      <w:r>
        <w:t>После завершения Услуг документы и персональные данные возвращаются, хранятся, уничтожаются или обезличиваются в соответствии с законом и Поручением.</w:t>
      </w:r>
    </w:p>
    <w:p w:rsidR="000A69C0" w:rsidRDefault="007852B7">
      <w:pPr>
        <w:spacing w:after="80" w:line="259" w:lineRule="auto"/>
      </w:pPr>
      <w:r>
        <w:rPr>
          <w:b/>
        </w:rPr>
        <w:t xml:space="preserve">15.6. </w:t>
      </w:r>
      <w:r>
        <w:t>Обязанность конфиденциальности действует после прекращения Договора.</w:t>
      </w:r>
    </w:p>
    <w:p w:rsidR="000A69C0" w:rsidRDefault="007852B7">
      <w:pPr>
        <w:pStyle w:val="1"/>
        <w:spacing w:before="240" w:after="100"/>
      </w:pPr>
      <w:r>
        <w:t>16. ИНТЕЛЛЕКТ</w:t>
      </w:r>
      <w:r>
        <w:t>УАЛЬНАЯ СОБСТВЕННОСТЬ</w:t>
      </w:r>
    </w:p>
    <w:p w:rsidR="000A69C0" w:rsidRDefault="007852B7">
      <w:pPr>
        <w:spacing w:after="80" w:line="259" w:lineRule="auto"/>
      </w:pPr>
      <w:r>
        <w:rPr>
          <w:b/>
        </w:rPr>
        <w:t xml:space="preserve">16.1. </w:t>
      </w:r>
      <w:r>
        <w:t>Исключительные права на созданные Исполнителем шаблоны, формы, методики, алгоритмы, чек-листы, инструкции, аналитические и иные охраняемые материалы сохраняются за Исполнителем, если иное письменно не согласовано.</w:t>
      </w:r>
    </w:p>
    <w:p w:rsidR="000A69C0" w:rsidRDefault="007852B7">
      <w:pPr>
        <w:spacing w:after="80" w:line="259" w:lineRule="auto"/>
      </w:pPr>
      <w:r>
        <w:rPr>
          <w:b/>
        </w:rPr>
        <w:t xml:space="preserve">16.2. </w:t>
      </w:r>
      <w:r>
        <w:t xml:space="preserve">После </w:t>
      </w:r>
      <w:r>
        <w:t>полной оплаты Заказчик вправе бессрочно использовать переданные документы по прямому назначению для собственной деятельности.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16.3. </w:t>
      </w:r>
      <w:r>
        <w:t>Без письменного согласия Заказчик не вправе продавать, публиковать, распространять материалы, использовать их для оказания у</w:t>
      </w:r>
      <w:r>
        <w:t>слуг третьим лицам или выдавать за собственную разработку.</w:t>
      </w:r>
    </w:p>
    <w:p w:rsidR="000A69C0" w:rsidRDefault="007852B7">
      <w:pPr>
        <w:spacing w:after="80" w:line="259" w:lineRule="auto"/>
      </w:pPr>
      <w:r>
        <w:rPr>
          <w:b/>
        </w:rPr>
        <w:t xml:space="preserve">16.4. </w:t>
      </w:r>
      <w:r>
        <w:t>Ограничения не препятствуют внутреннему применению документов, их утверждению, адаптации под текущую деятельность Заказчика и предоставлению государственным органам, судам, работникам и предс</w:t>
      </w:r>
      <w:r>
        <w:t>тавителям в объёме, необходимом для законной деятельности.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16.5. </w:t>
      </w:r>
      <w:r>
        <w:t>Исполнитель вправе использовать профессиональный опыт, общие методики, структуру документов, алгоритмы и обезличенные решения в работе с другими заказчиками без раскрытия конфиденциальных све</w:t>
      </w:r>
      <w:r>
        <w:t>дений.</w:t>
      </w:r>
    </w:p>
    <w:p w:rsidR="000A69C0" w:rsidRDefault="007852B7">
      <w:pPr>
        <w:pStyle w:val="1"/>
        <w:spacing w:before="240" w:after="100"/>
      </w:pPr>
      <w:r>
        <w:t>17. ОБСТОЯТЕЛЬСТВА НЕПРЕОДОЛИМОЙ СИЛЫ</w:t>
      </w:r>
    </w:p>
    <w:p w:rsidR="000A69C0" w:rsidRDefault="007852B7">
      <w:pPr>
        <w:spacing w:after="80" w:line="259" w:lineRule="auto"/>
      </w:pPr>
      <w:r>
        <w:rPr>
          <w:b/>
        </w:rPr>
        <w:t xml:space="preserve">17.1. </w:t>
      </w:r>
      <w:r>
        <w:t>Сторона освобождается от ответственности за неисполнение, вызванное чрезвычайными и непредотвратимыми при данных условиях обстоятельствами, возникшими после заключения Договора.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17.2. </w:t>
      </w:r>
      <w:r>
        <w:t>К таким обстоятельств</w:t>
      </w:r>
      <w:r>
        <w:t>ам могут относиться стихийные бедствия, пожары, наводнения, военные действия, террористические акты, решения органов власти, масштабные сбои государственных систем, длительные перебои связи и электроснабжения и иные обстоятельства, отвечающие установленным</w:t>
      </w:r>
      <w:r>
        <w:t xml:space="preserve"> законом признакам непреодолимой силы.</w:t>
      </w:r>
    </w:p>
    <w:p w:rsidR="000A69C0" w:rsidRDefault="007852B7">
      <w:pPr>
        <w:spacing w:after="80" w:line="259" w:lineRule="auto"/>
      </w:pPr>
      <w:r>
        <w:rPr>
          <w:b/>
        </w:rPr>
        <w:t xml:space="preserve">17.3. </w:t>
      </w:r>
      <w:r>
        <w:t>Сторона уведомляет другую Сторону в разумный срок о возникновении и предполагаемой продолжительности обстоятельств.</w:t>
      </w:r>
    </w:p>
    <w:p w:rsidR="000A69C0" w:rsidRDefault="007852B7">
      <w:pPr>
        <w:spacing w:after="80" w:line="259" w:lineRule="auto"/>
      </w:pPr>
      <w:r>
        <w:rPr>
          <w:b/>
        </w:rPr>
        <w:t xml:space="preserve">17.4. </w:t>
      </w:r>
      <w:r>
        <w:t>Срок исполнения продлевается соразмерно времени действия обстоятельств и их последствий.</w:t>
      </w:r>
    </w:p>
    <w:p w:rsidR="000A69C0" w:rsidRDefault="007852B7">
      <w:pPr>
        <w:spacing w:after="80" w:line="259" w:lineRule="auto"/>
      </w:pPr>
      <w:r>
        <w:rPr>
          <w:b/>
        </w:rPr>
        <w:t xml:space="preserve">17.5. </w:t>
      </w:r>
      <w:r>
        <w:t>После прекращения обстоятельств Стороны принимают меры для продолжения исполнения. Если исполнение окончательно утратило смысл или стало невозможным, применяются нормы закона о прекращении обязательств и расчётах Сторон.</w:t>
      </w:r>
    </w:p>
    <w:p w:rsidR="000A69C0" w:rsidRDefault="007852B7">
      <w:pPr>
        <w:pStyle w:val="1"/>
        <w:spacing w:before="240" w:after="100"/>
      </w:pPr>
      <w:r>
        <w:t>18. ПРЕТЕНЗИОННЫЙ ПОРЯДОК И Р</w:t>
      </w:r>
      <w:r>
        <w:t>АЗРЕШЕНИЕ СПОРОВ</w:t>
      </w:r>
    </w:p>
    <w:p w:rsidR="000A69C0" w:rsidRDefault="007852B7">
      <w:pPr>
        <w:spacing w:after="80" w:line="259" w:lineRule="auto"/>
      </w:pPr>
      <w:r>
        <w:rPr>
          <w:b/>
        </w:rPr>
        <w:t xml:space="preserve">18.1. </w:t>
      </w:r>
      <w:r>
        <w:t>Стороны стремятся разрешать разногласия путём переговоров.</w:t>
      </w:r>
    </w:p>
    <w:p w:rsidR="000A69C0" w:rsidRDefault="007852B7">
      <w:pPr>
        <w:spacing w:after="80" w:line="259" w:lineRule="auto"/>
      </w:pPr>
      <w:r>
        <w:rPr>
          <w:b/>
        </w:rPr>
        <w:t xml:space="preserve">18.2. </w:t>
      </w:r>
      <w:r>
        <w:t>До обращения в суд Сторона направляет письменную претензию, если обязательный досудебный порядок предусмотрен законом или применимым соглашением Сторон.</w:t>
      </w:r>
    </w:p>
    <w:p w:rsidR="000A69C0" w:rsidRDefault="007852B7">
      <w:pPr>
        <w:spacing w:after="80" w:line="259" w:lineRule="auto"/>
      </w:pPr>
      <w:r>
        <w:rPr>
          <w:b/>
        </w:rPr>
        <w:lastRenderedPageBreak/>
        <w:t xml:space="preserve">18.3. </w:t>
      </w:r>
      <w:r>
        <w:t>Претензия</w:t>
      </w:r>
      <w:r>
        <w:t xml:space="preserve"> направляется по электронной почте, через Контур.Сайн, почтовым отправлением либо способом, позволяющим подтвердить отправку и содержание.</w:t>
      </w:r>
    </w:p>
    <w:p w:rsidR="000A69C0" w:rsidRDefault="007852B7">
      <w:pPr>
        <w:spacing w:after="80" w:line="259" w:lineRule="auto"/>
      </w:pPr>
      <w:r>
        <w:rPr>
          <w:b/>
        </w:rPr>
        <w:t xml:space="preserve">18.4. </w:t>
      </w:r>
      <w:r>
        <w:t>Ответ направляется в течение 10 (десяти) Рабочих дней со дня получения, если иной срок не установлен законом.</w:t>
      </w:r>
    </w:p>
    <w:p w:rsidR="000A69C0" w:rsidRDefault="007852B7">
      <w:pPr>
        <w:spacing w:after="80" w:line="259" w:lineRule="auto"/>
      </w:pPr>
      <w:r>
        <w:rPr>
          <w:b/>
        </w:rPr>
        <w:t>1</w:t>
      </w:r>
      <w:r>
        <w:rPr>
          <w:b/>
        </w:rPr>
        <w:t xml:space="preserve">8.5. </w:t>
      </w:r>
      <w:r>
        <w:t>При недостижении соглашения спор разрешается в соответствии с законодательством Российской Федерации. Права Заказчика-потребителя на выбор подсудности сохраняются в полном объёме.</w:t>
      </w:r>
    </w:p>
    <w:p w:rsidR="000A69C0" w:rsidRDefault="007852B7">
      <w:pPr>
        <w:pStyle w:val="1"/>
        <w:spacing w:before="240" w:after="100"/>
      </w:pPr>
      <w:r>
        <w:t>19. ЗАКЛЮЧИТЕЛЬНЫЕ ПОЛОЖЕНИЯ</w:t>
      </w:r>
    </w:p>
    <w:p w:rsidR="000A69C0" w:rsidRDefault="007852B7">
      <w:pPr>
        <w:spacing w:after="80" w:line="259" w:lineRule="auto"/>
      </w:pPr>
      <w:r>
        <w:rPr>
          <w:b/>
        </w:rPr>
        <w:t xml:space="preserve">19.1. </w:t>
      </w:r>
      <w:r>
        <w:t xml:space="preserve">Оферта вступает в силу с даты её </w:t>
      </w:r>
      <w:r>
        <w:t>размещения на Сайте либо направления Заказчику и действует до отзыва или вступления в силу новой редакции.</w:t>
      </w:r>
    </w:p>
    <w:p w:rsidR="000A69C0" w:rsidRDefault="007852B7">
      <w:pPr>
        <w:spacing w:after="80" w:line="259" w:lineRule="auto"/>
      </w:pPr>
      <w:r>
        <w:rPr>
          <w:b/>
        </w:rPr>
        <w:t xml:space="preserve">19.2. </w:t>
      </w:r>
      <w:r>
        <w:t>К конкретному Заказу применяется редакция Оферты, действовавшая на дату Акцепта.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19.3. </w:t>
      </w:r>
      <w:r>
        <w:t>Недействительность отдельного положения не влечёт недейс</w:t>
      </w:r>
      <w:r>
        <w:t>твительности остальных положений.</w:t>
      </w:r>
    </w:p>
    <w:p w:rsidR="000A69C0" w:rsidRDefault="007852B7">
      <w:pPr>
        <w:spacing w:after="80" w:line="259" w:lineRule="auto"/>
      </w:pPr>
      <w:r>
        <w:rPr>
          <w:b/>
        </w:rPr>
        <w:t xml:space="preserve">19.4. </w:t>
      </w:r>
      <w:r>
        <w:t>Переписка и документы через согласованные Каналы связи признаются доказательствами согласования условий и исполнения обязательств, если законом не установлен иной обязательный порядок.</w:t>
      </w:r>
    </w:p>
    <w:p w:rsidR="000A69C0" w:rsidRDefault="007852B7">
      <w:pPr>
        <w:spacing w:after="80" w:line="259" w:lineRule="auto"/>
      </w:pPr>
      <w:r>
        <w:rPr>
          <w:b/>
        </w:rPr>
        <w:t xml:space="preserve">19.5. </w:t>
      </w:r>
      <w:r>
        <w:t xml:space="preserve">Стороны обязаны сообщать </w:t>
      </w:r>
      <w:r>
        <w:t>об изменении контактных и платёжных реквизитов. Риск последствий несообщения несёт соответствующая Сторона.</w:t>
      </w:r>
    </w:p>
    <w:p w:rsidR="000A69C0" w:rsidRDefault="007852B7">
      <w:pPr>
        <w:spacing w:after="80" w:line="259" w:lineRule="auto"/>
      </w:pPr>
      <w:r>
        <w:rPr>
          <w:b/>
        </w:rPr>
        <w:t xml:space="preserve">19.6. </w:t>
      </w:r>
      <w:r>
        <w:t>Во всём, что не урегулировано Договором, применяется законодательство Российской Федерации.</w:t>
      </w:r>
    </w:p>
    <w:p w:rsidR="000A69C0" w:rsidRDefault="007852B7">
      <w:r>
        <w:br w:type="page"/>
      </w:r>
    </w:p>
    <w:p w:rsidR="000A69C0" w:rsidRDefault="007852B7">
      <w:pPr>
        <w:pStyle w:val="1"/>
        <w:spacing w:before="240" w:after="100"/>
      </w:pPr>
      <w:r>
        <w:lastRenderedPageBreak/>
        <w:t>20. РЕКВИЗИТЫ ИСПОЛНИТЕЛЯ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9"/>
      </w:tblGrid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Исполнитель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Индивидуал</w:t>
            </w:r>
            <w:r>
              <w:rPr>
                <w:sz w:val="19"/>
              </w:rPr>
              <w:t>ьный предприниматель Гусева Юлия Сергеевна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ИНН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519037465305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ОГРНИП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322508100022638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Налоговый режим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Налог на профессиональный доход (НПД), без НДС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Электронная почта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guseva.kadry@mail.ru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Телефон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+7 (995) 901-19-42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Официальные каналы связи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Telegram, MAX</w:t>
            </w:r>
          </w:p>
        </w:tc>
      </w:tr>
      <w:tr w:rsidR="000A69C0">
        <w:trPr>
          <w:jc w:val="center"/>
        </w:trPr>
        <w:tc>
          <w:tcPr>
            <w:tcW w:w="4929" w:type="dxa"/>
            <w:shd w:val="clear" w:color="auto" w:fill="F5F1E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b/>
                <w:color w:val="102B4C"/>
                <w:sz w:val="19"/>
              </w:rPr>
              <w:t>Электронный документооборот</w:t>
            </w:r>
          </w:p>
        </w:tc>
        <w:tc>
          <w:tcPr>
            <w:tcW w:w="49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0A69C0" w:rsidRDefault="007852B7">
            <w:pPr>
              <w:jc w:val="left"/>
            </w:pPr>
            <w:r>
              <w:rPr>
                <w:sz w:val="19"/>
              </w:rPr>
              <w:t>Контур.Сайн</w:t>
            </w:r>
          </w:p>
        </w:tc>
      </w:tr>
    </w:tbl>
    <w:p w:rsidR="000A69C0" w:rsidRDefault="007852B7">
      <w:pPr>
        <w:spacing w:after="80" w:line="259" w:lineRule="auto"/>
      </w:pPr>
      <w:r>
        <w:t>Адрес Сайта: ____________________________________ (указывается после запуска Сайта).</w:t>
      </w:r>
    </w:p>
    <w:p w:rsidR="000A69C0" w:rsidRDefault="007852B7">
      <w:pPr>
        <w:spacing w:after="80" w:line="259" w:lineRule="auto"/>
      </w:pPr>
      <w:r>
        <w:t>Дата публикации / направления Заказчику: 06 августа 2026 года.</w:t>
      </w:r>
    </w:p>
    <w:p w:rsidR="000A69C0" w:rsidRDefault="007852B7">
      <w:pPr>
        <w:keepLines/>
        <w:spacing w:before="280"/>
      </w:pPr>
      <w:r>
        <w:rPr>
          <w:b/>
          <w:color w:val="8B1020"/>
        </w:rPr>
        <w:t xml:space="preserve">Примечание перед публикацией: </w:t>
      </w:r>
      <w:r>
        <w:t>после запуска Сайта необходимо впис</w:t>
      </w:r>
      <w:r>
        <w:t>ать его доменное имя в раздел 20 и проверить, что на странице оплаты/заявки размещены активные ссылки на Оферту, Политику обработки персональных данных и Согласие на обработку персональных данных.</w:t>
      </w:r>
    </w:p>
    <w:sectPr w:rsidR="000A69C0" w:rsidSect="00034616">
      <w:headerReference w:type="default" r:id="rId8"/>
      <w:footerReference w:type="default" r:id="rId9"/>
      <w:pgSz w:w="12240" w:h="15840"/>
      <w:pgMar w:top="1020" w:right="1020" w:bottom="964" w:left="136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2B7" w:rsidRDefault="007852B7">
      <w:pPr>
        <w:spacing w:after="0" w:line="240" w:lineRule="auto"/>
      </w:pPr>
      <w:r>
        <w:separator/>
      </w:r>
    </w:p>
  </w:endnote>
  <w:endnote w:type="continuationSeparator" w:id="0">
    <w:p w:rsidR="007852B7" w:rsidRDefault="0078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C0" w:rsidRDefault="007852B7">
    <w:pPr>
      <w:pStyle w:val="a7"/>
      <w:jc w:val="center"/>
    </w:pPr>
    <w:r>
      <w:rPr>
        <w:color w:val="64748B"/>
        <w:sz w:val="16"/>
      </w:rPr>
      <w:fldChar w:fldCharType="begin"/>
    </w:r>
    <w:r>
      <w:rPr>
        <w:color w:val="64748B"/>
        <w:sz w:val="16"/>
      </w:rPr>
      <w:instrText>PAGE</w:instrText>
    </w:r>
    <w:r w:rsidR="00412CA4">
      <w:rPr>
        <w:color w:val="64748B"/>
        <w:sz w:val="16"/>
      </w:rPr>
      <w:fldChar w:fldCharType="separate"/>
    </w:r>
    <w:r w:rsidR="00412CA4">
      <w:rPr>
        <w:noProof/>
        <w:color w:val="64748B"/>
        <w:sz w:val="16"/>
      </w:rPr>
      <w:t>3</w:t>
    </w:r>
    <w:r>
      <w:rPr>
        <w:color w:val="64748B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2B7" w:rsidRDefault="007852B7">
      <w:pPr>
        <w:spacing w:after="0" w:line="240" w:lineRule="auto"/>
      </w:pPr>
      <w:r>
        <w:separator/>
      </w:r>
    </w:p>
  </w:footnote>
  <w:footnote w:type="continuationSeparator" w:id="0">
    <w:p w:rsidR="007852B7" w:rsidRDefault="00785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9C0" w:rsidRDefault="007852B7">
    <w:pPr>
      <w:pStyle w:val="a5"/>
      <w:jc w:val="right"/>
    </w:pPr>
    <w:r>
      <w:rPr>
        <w:color w:val="64748B"/>
        <w:sz w:val="16"/>
      </w:rPr>
      <w:t>ИП ГУСЕВА ЮЛИЯ СЕРГЕЕВНА  •  ПУБЛИЧНАЯ ОФЕРТА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69C0"/>
    <w:rsid w:val="0015074B"/>
    <w:rsid w:val="0029639D"/>
    <w:rsid w:val="00326F90"/>
    <w:rsid w:val="00412CA4"/>
    <w:rsid w:val="007852B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8117558-B543-4CF6-B122-17217496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jc w:val="both"/>
    </w:pPr>
    <w:rPr>
      <w:rFonts w:ascii="Aptos" w:eastAsia="Aptos" w:hAnsi="Aptos"/>
      <w:color w:val="1E293B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2B4C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B1020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02B4C"/>
      <w:spacing w:val="5"/>
      <w:kern w:val="28"/>
      <w:sz w:val="4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358754-1696-4217-A125-322E60EB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4644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Публичная оферта на оказание разовых кадровых и консультационных услуг</vt:lpstr>
      <vt:lpstr/>
    </vt:vector>
  </TitlesOfParts>
  <Manager/>
  <Company/>
  <LinksUpToDate>false</LinksUpToDate>
  <CharactersWithSpaces>31053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разовых кадровых и консультационных услуг</dc:title>
  <dc:subject>ИП Гусева Юлия Сергеевна</dc:subject>
  <dc:creator>ИП Гусева Юлия Сергеевна</dc:creator>
  <cp:keywords>публичная оферта, кадровые услуги, кадровое делопроизводство, воинский учёт</cp:keywords>
  <dc:description>Финальная юридико-техническая редакция от 06.08.2026</dc:description>
  <cp:lastModifiedBy>Пользователь</cp:lastModifiedBy>
  <cp:revision>2</cp:revision>
  <dcterms:created xsi:type="dcterms:W3CDTF">2026-08-06T10:40:00Z</dcterms:created>
  <dcterms:modified xsi:type="dcterms:W3CDTF">2026-08-06T10:40:00Z</dcterms:modified>
  <cp:category/>
</cp:coreProperties>
</file>